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333"/>
      </w:tblGrid>
      <w:tr w:rsidR="002C1DBB" w:rsidRPr="00A068A5" w14:paraId="77B69610" w14:textId="77777777">
        <w:trPr>
          <w:cantSplit/>
          <w:trHeight w:hRule="exact" w:val="880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5C8F" w14:textId="53AF617F" w:rsidR="002C1DBB" w:rsidRPr="00A068A5" w:rsidRDefault="00922E2C">
            <w:pPr>
              <w:spacing w:line="48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40"/>
                <w:lang w:eastAsia="ja-JP"/>
              </w:rPr>
              <w:t>履歴書</w:t>
            </w:r>
            <w:r w:rsidRPr="00A068A5">
              <w:rPr>
                <w:rFonts w:asciiTheme="minorEastAsia" w:eastAsiaTheme="minorEastAsia" w:hAnsiTheme="minorEastAsia" w:cs="Arial"/>
                <w:sz w:val="19"/>
                <w:lang w:eastAsia="ja-JP"/>
              </w:rPr>
              <w:t xml:space="preserve"> ※氏名、本国住所以外は日本語で記入すること。</w:t>
            </w:r>
          </w:p>
          <w:p w14:paraId="3473CCBE" w14:textId="77777777" w:rsidR="002C1DBB" w:rsidRPr="00A068A5" w:rsidRDefault="00CF2900">
            <w:pPr>
              <w:spacing w:line="200" w:lineRule="exact"/>
              <w:ind w:left="1440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Everything except Name and Address in Home country should be written in Japanese.</w:t>
            </w:r>
          </w:p>
        </w:tc>
        <w:tc>
          <w:tcPr>
            <w:tcW w:w="2333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598252FD" w14:textId="5F57236E" w:rsidR="002C1DBB" w:rsidRPr="00A068A5" w:rsidRDefault="00922E2C">
            <w:pPr>
              <w:spacing w:line="165" w:lineRule="exact"/>
              <w:jc w:val="right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sz w:val="14"/>
              </w:rPr>
              <w:t>記入日</w:t>
            </w:r>
            <w:proofErr w:type="spellEnd"/>
            <w:r w:rsidRPr="00A068A5">
              <w:rPr>
                <w:rFonts w:asciiTheme="minorEastAsia" w:eastAsiaTheme="minorEastAsia" w:hAnsiTheme="minorEastAsia" w:cs="Arial"/>
                <w:sz w:val="14"/>
              </w:rPr>
              <w:t>/Date of Input</w:t>
            </w:r>
          </w:p>
        </w:tc>
      </w:tr>
    </w:tbl>
    <w:p w14:paraId="32A7E211" w14:textId="7F533091" w:rsidR="002C1DBB" w:rsidRPr="00A068A5" w:rsidRDefault="002C1DBB">
      <w:pPr>
        <w:spacing w:line="20" w:lineRule="exact"/>
        <w:rPr>
          <w:rFonts w:asciiTheme="minorEastAsia" w:eastAsiaTheme="minorEastAsia" w:hAnsiTheme="minorEastAsia"/>
        </w:rPr>
      </w:pPr>
    </w:p>
    <w:tbl>
      <w:tblPr>
        <w:tblW w:w="9533" w:type="dxa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1452"/>
        <w:gridCol w:w="1615"/>
        <w:gridCol w:w="1134"/>
        <w:gridCol w:w="851"/>
        <w:gridCol w:w="1344"/>
        <w:gridCol w:w="1685"/>
      </w:tblGrid>
      <w:tr w:rsidR="002C1DBB" w:rsidRPr="00A068A5" w14:paraId="39330883" w14:textId="77777777" w:rsidTr="00DD21BE">
        <w:trPr>
          <w:cantSplit/>
          <w:trHeight w:val="482"/>
          <w:jc w:val="right"/>
        </w:trPr>
        <w:tc>
          <w:tcPr>
            <w:tcW w:w="1452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D98828F" w14:textId="528C5B5D" w:rsidR="002C1DBB" w:rsidRPr="00A068A5" w:rsidRDefault="00CF2900">
            <w:pPr>
              <w:spacing w:line="245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22"/>
              </w:rPr>
              <w:t>氏名</w:t>
            </w:r>
            <w:proofErr w:type="spellEnd"/>
          </w:p>
          <w:p w14:paraId="0ED5A6BB" w14:textId="77777777" w:rsidR="002C1DBB" w:rsidRPr="00A068A5" w:rsidRDefault="00CF2900">
            <w:pPr>
              <w:spacing w:line="195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7"/>
              </w:rPr>
              <w:t>Full Name</w:t>
            </w:r>
          </w:p>
        </w:tc>
        <w:tc>
          <w:tcPr>
            <w:tcW w:w="145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56A144C" w14:textId="77777777" w:rsidR="002C1DBB" w:rsidRPr="00A068A5" w:rsidRDefault="00CF2900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9"/>
              </w:rPr>
              <w:t>カタカナ</w:t>
            </w:r>
          </w:p>
        </w:tc>
        <w:tc>
          <w:tcPr>
            <w:tcW w:w="6629" w:type="dxa"/>
            <w:gridSpan w:val="5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1998293" w14:textId="2CF71FFC" w:rsidR="002C1DBB" w:rsidRPr="00A068A5" w:rsidRDefault="002C1DBB" w:rsidP="008A2257">
            <w:pPr>
              <w:spacing w:line="240" w:lineRule="auto"/>
              <w:ind w:firstLineChars="100" w:firstLine="402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</w:tr>
      <w:tr w:rsidR="002C1DBB" w:rsidRPr="00A068A5" w14:paraId="563AC8AF" w14:textId="77777777" w:rsidTr="00DD21BE">
        <w:trPr>
          <w:cantSplit/>
          <w:trHeight w:hRule="exact" w:val="720"/>
          <w:jc w:val="right"/>
        </w:trPr>
        <w:tc>
          <w:tcPr>
            <w:tcW w:w="1452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75DA4B86" w14:textId="77777777" w:rsidR="002C1DBB" w:rsidRPr="00A068A5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2904DE3" w14:textId="77777777" w:rsidR="002C1DBB" w:rsidRPr="00A068A5" w:rsidRDefault="00CF2900">
            <w:pPr>
              <w:spacing w:line="23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1"/>
              </w:rPr>
              <w:t>漢字</w:t>
            </w:r>
          </w:p>
          <w:p w14:paraId="0508E133" w14:textId="77777777" w:rsidR="002C1DBB" w:rsidRPr="00A068A5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(If any)</w:t>
            </w:r>
          </w:p>
        </w:tc>
        <w:tc>
          <w:tcPr>
            <w:tcW w:w="6629" w:type="dxa"/>
            <w:gridSpan w:val="5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0B40BF0" w14:textId="1F92C50A" w:rsidR="00922E2C" w:rsidRPr="00A068A5" w:rsidRDefault="00922E2C" w:rsidP="008A2257">
            <w:pPr>
              <w:spacing w:line="240" w:lineRule="auto"/>
              <w:ind w:firstLineChars="100" w:firstLine="402"/>
              <w:rPr>
                <w:rFonts w:asciiTheme="minorEastAsia" w:eastAsiaTheme="minorEastAsia" w:hAnsiTheme="minorEastAsia"/>
                <w:b/>
                <w:bCs/>
                <w:color w:val="FF0000"/>
                <w:sz w:val="40"/>
                <w:szCs w:val="40"/>
                <w:lang w:eastAsia="ja-JP"/>
              </w:rPr>
            </w:pPr>
          </w:p>
        </w:tc>
      </w:tr>
      <w:tr w:rsidR="002C1DBB" w:rsidRPr="00A068A5" w14:paraId="52D88340" w14:textId="77777777" w:rsidTr="00DD21BE">
        <w:trPr>
          <w:cantSplit/>
          <w:trHeight w:hRule="exact" w:val="480"/>
          <w:jc w:val="right"/>
        </w:trPr>
        <w:tc>
          <w:tcPr>
            <w:tcW w:w="1452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2831BAE4" w14:textId="77777777" w:rsidR="002C1DBB" w:rsidRPr="00A068A5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16DB8416" w14:textId="77777777" w:rsidR="002C1DBB" w:rsidRPr="00A068A5" w:rsidRDefault="00CF2900">
            <w:pPr>
              <w:spacing w:line="23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1"/>
              </w:rPr>
              <w:t>英字</w:t>
            </w:r>
          </w:p>
        </w:tc>
        <w:tc>
          <w:tcPr>
            <w:tcW w:w="6629" w:type="dxa"/>
            <w:gridSpan w:val="5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E670FDD" w14:textId="5C9DD6D7" w:rsidR="002C1DBB" w:rsidRPr="00A068A5" w:rsidRDefault="002C1DBB" w:rsidP="006C0376">
            <w:pPr>
              <w:spacing w:line="240" w:lineRule="auto"/>
              <w:ind w:firstLineChars="100" w:firstLine="180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2C1DBB" w:rsidRPr="00A068A5" w14:paraId="038C186E" w14:textId="77777777" w:rsidTr="00130E7D">
        <w:trPr>
          <w:cantSplit/>
          <w:trHeight w:val="691"/>
          <w:jc w:val="right"/>
        </w:trPr>
        <w:tc>
          <w:tcPr>
            <w:tcW w:w="145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73012BA" w14:textId="77777777" w:rsidR="002C1DBB" w:rsidRPr="00A068A5" w:rsidRDefault="00CF2900">
            <w:pPr>
              <w:spacing w:line="224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生年月日</w:t>
            </w:r>
            <w:proofErr w:type="spellEnd"/>
          </w:p>
          <w:p w14:paraId="6A4B59A9" w14:textId="77777777" w:rsidR="002C1DBB" w:rsidRPr="00A068A5" w:rsidRDefault="00CF2900">
            <w:pPr>
              <w:spacing w:line="182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Date of Birth</w:t>
            </w:r>
          </w:p>
        </w:tc>
        <w:tc>
          <w:tcPr>
            <w:tcW w:w="3067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7BB9E68" w14:textId="79B4C67A" w:rsidR="002C1DBB" w:rsidRPr="00A068A5" w:rsidRDefault="002C1DBB" w:rsidP="006C0376">
            <w:pPr>
              <w:spacing w:line="24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3B8D8D8" w14:textId="77777777" w:rsidR="002C1DBB" w:rsidRPr="00A068A5" w:rsidRDefault="00CF2900" w:rsidP="006C0376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国籍</w:t>
            </w:r>
          </w:p>
          <w:p w14:paraId="0563A0E0" w14:textId="77777777" w:rsidR="002C1DBB" w:rsidRPr="00A068A5" w:rsidRDefault="00CF2900" w:rsidP="006C0376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Nationality</w:t>
            </w:r>
          </w:p>
        </w:tc>
        <w:tc>
          <w:tcPr>
            <w:tcW w:w="3880" w:type="dxa"/>
            <w:gridSpan w:val="3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A1F7303" w14:textId="272F237E" w:rsidR="002C1DBB" w:rsidRPr="00A068A5" w:rsidRDefault="002C1DBB" w:rsidP="006C0376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</w:tr>
      <w:tr w:rsidR="002C1DBB" w:rsidRPr="00A068A5" w14:paraId="36DDB64E" w14:textId="77777777" w:rsidTr="00130E7D">
        <w:trPr>
          <w:cantSplit/>
          <w:trHeight w:hRule="exact" w:val="1147"/>
          <w:jc w:val="right"/>
        </w:trPr>
        <w:tc>
          <w:tcPr>
            <w:tcW w:w="145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091DB60" w14:textId="77777777" w:rsidR="002C1DBB" w:rsidRPr="00A068A5" w:rsidRDefault="00CF2900">
            <w:pPr>
              <w:spacing w:line="222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本国の住所</w:t>
            </w:r>
            <w:proofErr w:type="spellEnd"/>
          </w:p>
          <w:p w14:paraId="6699BA2E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Address in</w:t>
            </w:r>
          </w:p>
          <w:p w14:paraId="32885B6A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Home Country</w:t>
            </w:r>
          </w:p>
        </w:tc>
        <w:tc>
          <w:tcPr>
            <w:tcW w:w="5052" w:type="dxa"/>
            <w:gridSpan w:val="4"/>
            <w:tcMar>
              <w:top w:w="0" w:type="dxa"/>
              <w:left w:w="20" w:type="dxa"/>
              <w:bottom w:w="40" w:type="dxa"/>
              <w:right w:w="40" w:type="dxa"/>
            </w:tcMar>
            <w:vAlign w:val="bottom"/>
          </w:tcPr>
          <w:p w14:paraId="3427D025" w14:textId="6C182807" w:rsidR="002C1DBB" w:rsidRPr="00A068A5" w:rsidRDefault="00CF2900" w:rsidP="00130E7D">
            <w:pPr>
              <w:spacing w:line="153" w:lineRule="exact"/>
              <w:ind w:right="520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3"/>
              </w:rPr>
              <w:t>h</w:t>
            </w:r>
          </w:p>
        </w:tc>
        <w:tc>
          <w:tcPr>
            <w:tcW w:w="134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668DEB9" w14:textId="10F76119" w:rsidR="002C1DBB" w:rsidRPr="00A068A5" w:rsidRDefault="00CF2900">
            <w:pPr>
              <w:spacing w:line="216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19"/>
              </w:rPr>
              <w:t>本国の連絡先</w:t>
            </w:r>
            <w:proofErr w:type="spellEnd"/>
          </w:p>
          <w:p w14:paraId="303563C2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Phone # in</w:t>
            </w:r>
          </w:p>
          <w:p w14:paraId="0B40C965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Home Country</w:t>
            </w:r>
          </w:p>
        </w:tc>
        <w:tc>
          <w:tcPr>
            <w:tcW w:w="1685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F7AD8D8" w14:textId="574719BA" w:rsidR="002C1DBB" w:rsidRPr="00A068A5" w:rsidRDefault="002C1DBB" w:rsidP="00392186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2C1DBB" w:rsidRPr="00A068A5" w14:paraId="2E75F970" w14:textId="77777777" w:rsidTr="00053D9E">
        <w:trPr>
          <w:cantSplit/>
          <w:trHeight w:val="958"/>
          <w:jc w:val="right"/>
        </w:trPr>
        <w:tc>
          <w:tcPr>
            <w:tcW w:w="145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2A78E06" w14:textId="77777777" w:rsidR="002C1DBB" w:rsidRPr="00A068A5" w:rsidRDefault="00CF2900">
            <w:pPr>
              <w:spacing w:line="222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日本の住所</w:t>
            </w:r>
            <w:proofErr w:type="spellEnd"/>
          </w:p>
          <w:p w14:paraId="21006528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Address in</w:t>
            </w:r>
          </w:p>
          <w:p w14:paraId="27357571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Japan</w:t>
            </w:r>
          </w:p>
        </w:tc>
        <w:tc>
          <w:tcPr>
            <w:tcW w:w="5052" w:type="dxa"/>
            <w:gridSpan w:val="4"/>
            <w:tcMar>
              <w:top w:w="20" w:type="dxa"/>
              <w:left w:w="40" w:type="dxa"/>
              <w:bottom w:w="0" w:type="dxa"/>
              <w:right w:w="0" w:type="dxa"/>
            </w:tcMar>
          </w:tcPr>
          <w:p w14:paraId="48E73596" w14:textId="56716546" w:rsidR="00053D9E" w:rsidRPr="00A068A5" w:rsidRDefault="00053D9E" w:rsidP="00053D9E">
            <w:pPr>
              <w:spacing w:line="240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34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8FF848C" w14:textId="4066BA61" w:rsidR="002C1DBB" w:rsidRPr="00A068A5" w:rsidRDefault="00CF2900">
            <w:pPr>
              <w:spacing w:line="216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19"/>
              </w:rPr>
              <w:t>日本の連絡先</w:t>
            </w:r>
            <w:proofErr w:type="spellEnd"/>
          </w:p>
          <w:p w14:paraId="2D8CCC85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Phone # in</w:t>
            </w:r>
          </w:p>
          <w:p w14:paraId="0D8EE61B" w14:textId="77777777" w:rsidR="002C1DBB" w:rsidRPr="00A068A5" w:rsidRDefault="00CF2900">
            <w:pPr>
              <w:spacing w:line="18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Japan</w:t>
            </w:r>
          </w:p>
        </w:tc>
        <w:tc>
          <w:tcPr>
            <w:tcW w:w="1685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E1E60D7" w14:textId="5DB2D29B" w:rsidR="002C1DBB" w:rsidRPr="00A068A5" w:rsidRDefault="002C1DBB" w:rsidP="00392186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2C1DBB" w:rsidRPr="00A068A5" w14:paraId="18EF3695" w14:textId="77777777" w:rsidTr="006C0376">
        <w:trPr>
          <w:cantSplit/>
          <w:trHeight w:hRule="exact" w:val="480"/>
          <w:jc w:val="right"/>
        </w:trPr>
        <w:tc>
          <w:tcPr>
            <w:tcW w:w="145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EEF15A6" w14:textId="77777777" w:rsidR="002C1DBB" w:rsidRPr="00A068A5" w:rsidRDefault="00CF2900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9"/>
              </w:rPr>
              <w:t>E-mail①</w:t>
            </w:r>
          </w:p>
        </w:tc>
        <w:tc>
          <w:tcPr>
            <w:tcW w:w="4201" w:type="dxa"/>
            <w:gridSpan w:val="3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51E8AF3" w14:textId="30465C93" w:rsidR="002C1DBB" w:rsidRPr="00A068A5" w:rsidRDefault="002C1DBB" w:rsidP="00216152">
            <w:pPr>
              <w:spacing w:line="24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FC559AD" w14:textId="77777777" w:rsidR="002C1DBB" w:rsidRPr="00A068A5" w:rsidRDefault="00CF2900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9"/>
              </w:rPr>
              <w:t>E-mail②</w:t>
            </w:r>
          </w:p>
        </w:tc>
        <w:tc>
          <w:tcPr>
            <w:tcW w:w="3029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10E340B" w14:textId="165A4C32" w:rsidR="002C1DBB" w:rsidRPr="00A068A5" w:rsidRDefault="002C1DBB" w:rsidP="00216152">
            <w:pPr>
              <w:spacing w:line="240" w:lineRule="auto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2C1DBB" w:rsidRPr="00A068A5" w14:paraId="4BA44FEF" w14:textId="77777777" w:rsidTr="006C0376">
        <w:trPr>
          <w:cantSplit/>
          <w:trHeight w:hRule="exact" w:val="480"/>
          <w:jc w:val="right"/>
        </w:trPr>
        <w:tc>
          <w:tcPr>
            <w:tcW w:w="1452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C0DA888" w14:textId="77777777" w:rsidR="002C1DBB" w:rsidRPr="00A068A5" w:rsidRDefault="00CF2900">
            <w:pPr>
              <w:spacing w:line="203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</w:rPr>
              <w:t>来日年月日</w:t>
            </w:r>
            <w:proofErr w:type="spellEnd"/>
          </w:p>
          <w:p w14:paraId="23072371" w14:textId="77777777" w:rsidR="002C1DBB" w:rsidRPr="00A068A5" w:rsidRDefault="00CF2900">
            <w:pPr>
              <w:spacing w:line="178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Date of Arrival</w:t>
            </w:r>
          </w:p>
          <w:p w14:paraId="63E76075" w14:textId="77777777" w:rsidR="002C1DBB" w:rsidRPr="00A068A5" w:rsidRDefault="00CF2900">
            <w:pPr>
              <w:spacing w:line="178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in Japan</w:t>
            </w:r>
          </w:p>
        </w:tc>
        <w:tc>
          <w:tcPr>
            <w:tcW w:w="3067" w:type="dxa"/>
            <w:gridSpan w:val="2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E6C45C1" w14:textId="7772BCE9" w:rsidR="002C1DBB" w:rsidRPr="00A068A5" w:rsidRDefault="002C1DBB" w:rsidP="00216152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113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ABCC5CB" w14:textId="77777777" w:rsidR="002C1DBB" w:rsidRPr="00A068A5" w:rsidRDefault="00CF2900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19"/>
              </w:rPr>
              <w:t>在留資格</w:t>
            </w:r>
            <w:proofErr w:type="spellEnd"/>
          </w:p>
          <w:p w14:paraId="16FCDDEE" w14:textId="77777777" w:rsidR="002C1DBB" w:rsidRPr="00A068A5" w:rsidRDefault="00CF2900">
            <w:pPr>
              <w:spacing w:line="151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3"/>
              </w:rPr>
              <w:t>Immigration Status</w:t>
            </w:r>
          </w:p>
        </w:tc>
        <w:tc>
          <w:tcPr>
            <w:tcW w:w="3880" w:type="dxa"/>
            <w:gridSpan w:val="3"/>
            <w:tcMar>
              <w:top w:w="0" w:type="dxa"/>
              <w:left w:w="0" w:type="dxa"/>
              <w:bottom w:w="40" w:type="dxa"/>
              <w:right w:w="40" w:type="dxa"/>
            </w:tcMar>
            <w:vAlign w:val="bottom"/>
          </w:tcPr>
          <w:p w14:paraId="7DDABD7D" w14:textId="0CB42EC4" w:rsidR="00216152" w:rsidRPr="00A068A5" w:rsidRDefault="00216152" w:rsidP="00FE70C0">
            <w:pPr>
              <w:spacing w:line="240" w:lineRule="auto"/>
              <w:ind w:right="680" w:firstLineChars="250" w:firstLine="1000"/>
              <w:rPr>
                <w:rFonts w:asciiTheme="minorEastAsia" w:eastAsiaTheme="minorEastAsia" w:hAnsiTheme="minorEastAsia" w:cs="Arial"/>
                <w:color w:val="FF0000"/>
                <w:sz w:val="40"/>
                <w:szCs w:val="40"/>
                <w:lang w:eastAsia="ja-JP"/>
              </w:rPr>
            </w:pPr>
            <w:r w:rsidRPr="00A068A5">
              <w:rPr>
                <w:rFonts w:asciiTheme="minorEastAsia" w:eastAsiaTheme="minorEastAsia" w:hAnsiTheme="minorEastAsia" w:cs="Arial" w:hint="eastAsia"/>
                <w:color w:val="FF0000"/>
                <w:sz w:val="40"/>
                <w:szCs w:val="40"/>
                <w:lang w:eastAsia="ja-JP"/>
              </w:rPr>
              <w:t xml:space="preserve">　</w:t>
            </w:r>
            <w:r w:rsidR="00CF2900">
              <w:rPr>
                <w:rFonts w:asciiTheme="minorEastAsia" w:eastAsiaTheme="minorEastAsia" w:hAnsiTheme="minorEastAsia" w:cs="Arial" w:hint="eastAsia"/>
                <w:color w:val="FF0000"/>
                <w:sz w:val="40"/>
                <w:szCs w:val="40"/>
                <w:lang w:eastAsia="ja-JP"/>
              </w:rPr>
              <w:t xml:space="preserve">　　</w:t>
            </w:r>
            <w:r w:rsidRPr="00A068A5">
              <w:rPr>
                <w:rFonts w:asciiTheme="minorEastAsia" w:eastAsiaTheme="minorEastAsia" w:hAnsiTheme="minorEastAsia" w:cs="Arial" w:hint="eastAsia"/>
                <w:color w:val="FF0000"/>
                <w:sz w:val="40"/>
                <w:szCs w:val="40"/>
                <w:lang w:eastAsia="ja-JP"/>
              </w:rPr>
              <w:t xml:space="preserve">　</w:t>
            </w:r>
            <w:r w:rsidRPr="00A068A5">
              <w:rPr>
                <w:rFonts w:asciiTheme="minorEastAsia" w:eastAsiaTheme="minorEastAsia" w:hAnsiTheme="minorEastAsia" w:cs="Arial"/>
                <w:szCs w:val="18"/>
              </w:rPr>
              <w:t>visa</w:t>
            </w:r>
          </w:p>
        </w:tc>
      </w:tr>
      <w:tr w:rsidR="002C1DBB" w:rsidRPr="00A068A5" w14:paraId="1ED12456" w14:textId="77777777" w:rsidTr="006C0376">
        <w:trPr>
          <w:cantSplit/>
          <w:trHeight w:hRule="exact" w:val="480"/>
          <w:jc w:val="right"/>
        </w:trPr>
        <w:tc>
          <w:tcPr>
            <w:tcW w:w="1452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799B5079" w14:textId="77777777" w:rsidR="002C1DBB" w:rsidRPr="00A068A5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067" w:type="dxa"/>
            <w:gridSpan w:val="2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566B2B31" w14:textId="77777777" w:rsidR="002C1DBB" w:rsidRPr="00A068A5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864CCBE" w14:textId="77777777" w:rsidR="002C1DBB" w:rsidRPr="00A068A5" w:rsidRDefault="00CF2900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9"/>
              </w:rPr>
              <w:t>在留期限</w:t>
            </w:r>
          </w:p>
          <w:p w14:paraId="7E0F7BF9" w14:textId="77777777" w:rsidR="002C1DBB" w:rsidRPr="00A068A5" w:rsidRDefault="00CF2900">
            <w:pPr>
              <w:spacing w:line="151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3"/>
              </w:rPr>
              <w:t>Date of Expiration</w:t>
            </w:r>
          </w:p>
        </w:tc>
        <w:tc>
          <w:tcPr>
            <w:tcW w:w="3880" w:type="dxa"/>
            <w:gridSpan w:val="3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313EF53" w14:textId="07C64131" w:rsidR="002C1DBB" w:rsidRPr="00A068A5" w:rsidRDefault="002C1DBB" w:rsidP="00FE70C0">
            <w:pPr>
              <w:spacing w:line="240" w:lineRule="auto"/>
              <w:ind w:firstLineChars="100" w:firstLine="402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</w:tr>
    </w:tbl>
    <w:p w14:paraId="586BC145" w14:textId="6723244D" w:rsidR="002C1DBB" w:rsidRPr="00A068A5" w:rsidRDefault="002C1DBB">
      <w:pPr>
        <w:spacing w:line="480" w:lineRule="exact"/>
        <w:rPr>
          <w:rFonts w:asciiTheme="minorEastAsia" w:eastAsiaTheme="minorEastAsia" w:hAnsiTheme="minorEastAsia"/>
        </w:rPr>
      </w:pPr>
    </w:p>
    <w:tbl>
      <w:tblPr>
        <w:tblW w:w="9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1757"/>
        <w:gridCol w:w="5472"/>
      </w:tblGrid>
      <w:tr w:rsidR="002C1DBB" w:rsidRPr="00A068A5" w14:paraId="64099E3A" w14:textId="77777777">
        <w:trPr>
          <w:cantSplit/>
          <w:trHeight w:hRule="exact" w:val="720"/>
        </w:trPr>
        <w:tc>
          <w:tcPr>
            <w:tcW w:w="9533" w:type="dxa"/>
            <w:gridSpan w:val="3"/>
            <w:tcMar>
              <w:top w:w="16" w:type="dxa"/>
              <w:left w:w="40" w:type="dxa"/>
              <w:bottom w:w="4" w:type="dxa"/>
              <w:right w:w="0" w:type="dxa"/>
            </w:tcMar>
            <w:vAlign w:val="center"/>
          </w:tcPr>
          <w:p w14:paraId="38E25F97" w14:textId="1B10B974" w:rsidR="002C1DBB" w:rsidRPr="00A068A5" w:rsidRDefault="003E7699">
            <w:pPr>
              <w:spacing w:line="398" w:lineRule="exact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cs="Arial" w:hint="eastAsia"/>
                <w:b/>
                <w:sz w:val="37"/>
                <w:lang w:eastAsia="ja-JP"/>
              </w:rPr>
              <w:t>日本語に関する試験結果</w:t>
            </w:r>
          </w:p>
          <w:p w14:paraId="5F79F06E" w14:textId="42827F94" w:rsidR="002C1DBB" w:rsidRPr="00A068A5" w:rsidRDefault="003E7699">
            <w:pPr>
              <w:spacing w:line="184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cs="Arial"/>
                <w:sz w:val="16"/>
                <w:lang w:eastAsia="ja-JP"/>
              </w:rPr>
              <w:t>Japanese</w:t>
            </w:r>
            <w:r>
              <w:rPr>
                <w:rFonts w:asciiTheme="minorEastAsia" w:eastAsiaTheme="minorEastAsia" w:hAnsiTheme="minorEastAsia" w:cs="Arial" w:hint="eastAsia"/>
                <w:sz w:val="16"/>
                <w:lang w:eastAsia="ja-JP"/>
              </w:rPr>
              <w:t xml:space="preserve"> Language Test Results </w:t>
            </w:r>
          </w:p>
        </w:tc>
      </w:tr>
      <w:tr w:rsidR="002C1DBB" w:rsidRPr="00A068A5" w14:paraId="28FE934B" w14:textId="77777777">
        <w:trPr>
          <w:cantSplit/>
          <w:trHeight w:hRule="exact" w:val="480"/>
        </w:trPr>
        <w:tc>
          <w:tcPr>
            <w:tcW w:w="2304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007F0FC" w14:textId="77777777" w:rsidR="002C1DBB" w:rsidRPr="00A068A5" w:rsidRDefault="00CF2900">
            <w:pPr>
              <w:spacing w:line="224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日本留学試験</w:t>
            </w:r>
          </w:p>
          <w:p w14:paraId="2BB4CC30" w14:textId="77777777" w:rsidR="002C1DBB" w:rsidRPr="00A068A5" w:rsidRDefault="00CF2900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9"/>
              </w:rPr>
              <w:t>EJU</w:t>
            </w:r>
          </w:p>
        </w:tc>
        <w:tc>
          <w:tcPr>
            <w:tcW w:w="1757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20A22B5" w14:textId="77777777" w:rsidR="002C1DBB" w:rsidRPr="00A068A5" w:rsidRDefault="00CF2900">
            <w:pPr>
              <w:spacing w:line="22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受験番号</w:t>
            </w:r>
          </w:p>
        </w:tc>
        <w:tc>
          <w:tcPr>
            <w:tcW w:w="547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9E2485A" w14:textId="5BBFA2BB" w:rsidR="002C1DBB" w:rsidRPr="00C50907" w:rsidRDefault="002C1DBB" w:rsidP="00C50907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</w:tr>
      <w:tr w:rsidR="002C1DBB" w:rsidRPr="00A068A5" w14:paraId="16ABC4C3" w14:textId="77777777">
        <w:trPr>
          <w:cantSplit/>
          <w:trHeight w:hRule="exact" w:val="480"/>
        </w:trPr>
        <w:tc>
          <w:tcPr>
            <w:tcW w:w="2304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49655B9E" w14:textId="77777777" w:rsidR="002C1DBB" w:rsidRPr="00A068A5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57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0789F27" w14:textId="77777777" w:rsidR="002C1DBB" w:rsidRPr="00A068A5" w:rsidRDefault="00CF2900">
            <w:pPr>
              <w:spacing w:line="22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受験科目</w:t>
            </w:r>
          </w:p>
        </w:tc>
        <w:tc>
          <w:tcPr>
            <w:tcW w:w="547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E7E8471" w14:textId="64E1A4AC" w:rsidR="002C1DBB" w:rsidRPr="00A068A5" w:rsidRDefault="00C50907">
            <w:pPr>
              <w:spacing w:line="22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20"/>
              </w:rPr>
              <w:t>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20"/>
              </w:rPr>
              <w:t>日本語</w:t>
            </w:r>
            <w:proofErr w:type="spellEnd"/>
            <w:r w:rsidRPr="00A068A5">
              <w:rPr>
                <w:rFonts w:asciiTheme="minorEastAsia" w:eastAsiaTheme="minorEastAsia" w:hAnsiTheme="minorEastAsia" w:cs="Arial"/>
                <w:sz w:val="20"/>
              </w:rPr>
              <w:t xml:space="preserve">　　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20"/>
              </w:rPr>
              <w:t>総合科目</w:t>
            </w:r>
            <w:proofErr w:type="spellEnd"/>
            <w:r w:rsidRPr="00A068A5">
              <w:rPr>
                <w:rFonts w:asciiTheme="minorEastAsia" w:eastAsiaTheme="minorEastAsia" w:hAnsiTheme="minorEastAsia" w:cs="Arial"/>
                <w:sz w:val="20"/>
              </w:rPr>
              <w:t xml:space="preserve">　　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20"/>
              </w:rPr>
              <w:t>数学</w:t>
            </w:r>
            <w:proofErr w:type="spellEnd"/>
            <w:r w:rsidRPr="00A068A5">
              <w:rPr>
                <w:rFonts w:asciiTheme="minorEastAsia" w:eastAsiaTheme="minorEastAsia" w:hAnsiTheme="minorEastAsia" w:cs="Arial"/>
                <w:sz w:val="20"/>
              </w:rPr>
              <w:t xml:space="preserve">　　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20"/>
              </w:rPr>
              <w:t>理科</w:t>
            </w:r>
            <w:proofErr w:type="spellEnd"/>
          </w:p>
        </w:tc>
      </w:tr>
      <w:tr w:rsidR="002C1DBB" w:rsidRPr="00A068A5" w14:paraId="62019695" w14:textId="77777777">
        <w:trPr>
          <w:cantSplit/>
          <w:trHeight w:hRule="exact" w:val="480"/>
        </w:trPr>
        <w:tc>
          <w:tcPr>
            <w:tcW w:w="2304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56A81AEB" w14:textId="77777777" w:rsidR="002C1DBB" w:rsidRPr="00A068A5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57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A1D9E6A" w14:textId="77777777" w:rsidR="002C1DBB" w:rsidRPr="00A068A5" w:rsidRDefault="00CF2900">
            <w:pPr>
              <w:spacing w:line="22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受験年月</w:t>
            </w:r>
          </w:p>
        </w:tc>
        <w:tc>
          <w:tcPr>
            <w:tcW w:w="547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D52F158" w14:textId="61D2C708" w:rsidR="002C1DBB" w:rsidRPr="00C50907" w:rsidRDefault="002C1DBB" w:rsidP="00C50907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</w:tr>
      <w:tr w:rsidR="002C1DBB" w:rsidRPr="00A068A5" w14:paraId="56A0A1DA" w14:textId="77777777">
        <w:trPr>
          <w:cantSplit/>
          <w:trHeight w:hRule="exact" w:val="480"/>
        </w:trPr>
        <w:tc>
          <w:tcPr>
            <w:tcW w:w="2304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1FAB542" w14:textId="77777777" w:rsidR="002C1DBB" w:rsidRPr="00A068A5" w:rsidRDefault="00CF2900">
            <w:pPr>
              <w:spacing w:line="216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9"/>
              </w:rPr>
              <w:t>日本語能力試験</w:t>
            </w:r>
          </w:p>
          <w:p w14:paraId="3A088ABB" w14:textId="77777777" w:rsidR="002C1DBB" w:rsidRPr="00A068A5" w:rsidRDefault="00CF2900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9"/>
              </w:rPr>
              <w:t>JLPT</w:t>
            </w:r>
          </w:p>
        </w:tc>
        <w:tc>
          <w:tcPr>
            <w:tcW w:w="1757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4BEF52F" w14:textId="77777777" w:rsidR="002C1DBB" w:rsidRPr="00A068A5" w:rsidRDefault="00CF2900">
            <w:pPr>
              <w:spacing w:line="22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合格</w:t>
            </w:r>
          </w:p>
        </w:tc>
        <w:tc>
          <w:tcPr>
            <w:tcW w:w="547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CD0F054" w14:textId="2430B482" w:rsidR="002C1DBB" w:rsidRPr="00A068A5" w:rsidRDefault="00C50907">
            <w:pPr>
              <w:spacing w:line="209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9"/>
              </w:rPr>
              <w:t>点</w:t>
            </w:r>
          </w:p>
        </w:tc>
      </w:tr>
      <w:tr w:rsidR="002C1DBB" w:rsidRPr="00A068A5" w14:paraId="3F6F8951" w14:textId="77777777">
        <w:trPr>
          <w:cantSplit/>
          <w:trHeight w:hRule="exact" w:val="480"/>
        </w:trPr>
        <w:tc>
          <w:tcPr>
            <w:tcW w:w="2304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6B6E1224" w14:textId="77777777" w:rsidR="002C1DBB" w:rsidRPr="00A068A5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57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8BAE922" w14:textId="77777777" w:rsidR="002C1DBB" w:rsidRPr="00A068A5" w:rsidRDefault="00CF2900">
            <w:pPr>
              <w:spacing w:line="220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20"/>
              </w:rPr>
              <w:t>受験年月</w:t>
            </w:r>
          </w:p>
        </w:tc>
        <w:tc>
          <w:tcPr>
            <w:tcW w:w="547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58EB982" w14:textId="430EA2E8" w:rsidR="002C1DBB" w:rsidRPr="00A068A5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34F3C124" w14:textId="09701C86" w:rsidR="002C1DBB" w:rsidRPr="00A068A5" w:rsidRDefault="002C1DBB">
      <w:pPr>
        <w:spacing w:line="260" w:lineRule="exact"/>
        <w:rPr>
          <w:rFonts w:asciiTheme="minorEastAsia" w:eastAsiaTheme="minorEastAsia" w:hAnsiTheme="minorEastAsia"/>
        </w:rPr>
      </w:pPr>
    </w:p>
    <w:tbl>
      <w:tblPr>
        <w:tblW w:w="9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266"/>
        <w:gridCol w:w="1908"/>
        <w:gridCol w:w="1524"/>
        <w:gridCol w:w="600"/>
        <w:gridCol w:w="1280"/>
        <w:gridCol w:w="760"/>
        <w:gridCol w:w="1445"/>
      </w:tblGrid>
      <w:tr w:rsidR="002C1DBB" w:rsidRPr="00A068A5" w14:paraId="6B4873E2" w14:textId="77777777">
        <w:trPr>
          <w:cantSplit/>
          <w:trHeight w:hRule="exact" w:val="720"/>
        </w:trPr>
        <w:tc>
          <w:tcPr>
            <w:tcW w:w="9533" w:type="dxa"/>
            <w:gridSpan w:val="8"/>
            <w:tcMar>
              <w:top w:w="10" w:type="dxa"/>
              <w:left w:w="40" w:type="dxa"/>
              <w:bottom w:w="0" w:type="dxa"/>
              <w:right w:w="0" w:type="dxa"/>
            </w:tcMar>
            <w:vAlign w:val="center"/>
          </w:tcPr>
          <w:p w14:paraId="06455E52" w14:textId="2DFD932B" w:rsidR="002C1DBB" w:rsidRPr="00A068A5" w:rsidRDefault="00CF2900">
            <w:pPr>
              <w:spacing w:line="388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36"/>
                <w:lang w:eastAsia="ja-JP"/>
              </w:rPr>
              <w:t>日本語・日本での学習歴</w:t>
            </w:r>
          </w:p>
          <w:p w14:paraId="2E4013E8" w14:textId="77777777" w:rsidR="002C1DBB" w:rsidRPr="00A068A5" w:rsidRDefault="00CF2900">
            <w:pPr>
              <w:spacing w:line="178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Japanese Language Learning History and Study History in Japan</w:t>
            </w:r>
          </w:p>
        </w:tc>
      </w:tr>
      <w:tr w:rsidR="002C1DBB" w:rsidRPr="00A068A5" w14:paraId="3F7999F7" w14:textId="77777777">
        <w:trPr>
          <w:cantSplit/>
          <w:trHeight w:hRule="exact" w:val="960"/>
        </w:trPr>
        <w:tc>
          <w:tcPr>
            <w:tcW w:w="9533" w:type="dxa"/>
            <w:gridSpan w:val="8"/>
            <w:tcMar>
              <w:top w:w="4" w:type="dxa"/>
              <w:left w:w="20" w:type="dxa"/>
              <w:bottom w:w="0" w:type="dxa"/>
              <w:right w:w="0" w:type="dxa"/>
            </w:tcMar>
            <w:vAlign w:val="center"/>
          </w:tcPr>
          <w:p w14:paraId="5592A5AD" w14:textId="7A018CC9" w:rsidR="002C1DBB" w:rsidRPr="00A068A5" w:rsidRDefault="00CF2900">
            <w:pPr>
              <w:spacing w:line="176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A068A5">
              <w:rPr>
                <w:rFonts w:asciiTheme="minorEastAsia" w:eastAsiaTheme="minorEastAsia" w:hAnsiTheme="minorEastAsia" w:cs="Arial"/>
                <w:sz w:val="15"/>
                <w:lang w:eastAsia="ja-JP"/>
              </w:rPr>
              <w:t>母国および日本で通った日本語学校、および在留資格「留学」で通った日本の教育機関と、それぞれの在籍期間に</w:t>
            </w:r>
          </w:p>
          <w:p w14:paraId="75EAD25C" w14:textId="581B95DF" w:rsidR="002C1DBB" w:rsidRPr="00A068A5" w:rsidRDefault="00CF2900">
            <w:pPr>
              <w:spacing w:line="176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A068A5">
              <w:rPr>
                <w:rFonts w:asciiTheme="minorEastAsia" w:eastAsiaTheme="minorEastAsia" w:hAnsiTheme="minorEastAsia" w:cs="Arial"/>
                <w:sz w:val="15"/>
                <w:lang w:eastAsia="ja-JP"/>
              </w:rPr>
              <w:t>ついて教えてください。</w:t>
            </w:r>
          </w:p>
          <w:p w14:paraId="4C94FE92" w14:textId="77777777" w:rsidR="002C1DBB" w:rsidRPr="00A068A5" w:rsidRDefault="00CF2900">
            <w:pPr>
              <w:spacing w:line="157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Please list the Japanese language schools you attended in your home country and in Japan, as well as any educational</w:t>
            </w:r>
          </w:p>
          <w:p w14:paraId="0AF6F74A" w14:textId="77777777" w:rsidR="002C1DBB" w:rsidRPr="00A068A5" w:rsidRDefault="00CF2900">
            <w:pPr>
              <w:spacing w:line="157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institutions you attended in Japan under the "Student" visa, and specify the period of attendance for each.</w:t>
            </w:r>
          </w:p>
        </w:tc>
      </w:tr>
      <w:tr w:rsidR="002C1DBB" w:rsidRPr="00A068A5" w14:paraId="1800098B" w14:textId="77777777">
        <w:trPr>
          <w:cantSplit/>
          <w:trHeight w:hRule="exact" w:val="480"/>
        </w:trPr>
        <w:tc>
          <w:tcPr>
            <w:tcW w:w="2016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7146888" w14:textId="77777777" w:rsidR="002C1DBB" w:rsidRPr="00A068A5" w:rsidRDefault="00CF2900">
            <w:pPr>
              <w:spacing w:line="193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7"/>
              </w:rPr>
              <w:t>所在地</w:t>
            </w:r>
          </w:p>
          <w:p w14:paraId="24FAEE0B" w14:textId="77777777" w:rsidR="002C1DBB" w:rsidRPr="00A068A5" w:rsidRDefault="00CF2900">
            <w:pPr>
              <w:spacing w:line="157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Country of school</w:t>
            </w:r>
          </w:p>
        </w:tc>
        <w:tc>
          <w:tcPr>
            <w:tcW w:w="3432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98ADE28" w14:textId="77777777" w:rsidR="002C1DBB" w:rsidRPr="00A068A5" w:rsidRDefault="00CF2900">
            <w:pPr>
              <w:spacing w:line="193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7"/>
              </w:rPr>
              <w:t>学校名</w:t>
            </w:r>
          </w:p>
          <w:p w14:paraId="6F798D47" w14:textId="77777777" w:rsidR="002C1DBB" w:rsidRPr="00A068A5" w:rsidRDefault="00CF2900">
            <w:pPr>
              <w:spacing w:line="157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Name of school</w:t>
            </w:r>
          </w:p>
        </w:tc>
        <w:tc>
          <w:tcPr>
            <w:tcW w:w="2640" w:type="dxa"/>
            <w:gridSpan w:val="3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52DDA73" w14:textId="77777777" w:rsidR="002C1DBB" w:rsidRPr="00A068A5" w:rsidRDefault="00CF2900">
            <w:pPr>
              <w:spacing w:line="193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7"/>
              </w:rPr>
              <w:t>在籍期間</w:t>
            </w:r>
          </w:p>
          <w:p w14:paraId="6B2238C7" w14:textId="77777777" w:rsidR="002C1DBB" w:rsidRPr="00A068A5" w:rsidRDefault="00CF2900">
            <w:pPr>
              <w:spacing w:line="157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Enrollment Period</w:t>
            </w:r>
          </w:p>
        </w:tc>
        <w:tc>
          <w:tcPr>
            <w:tcW w:w="1445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1AE923AE" w14:textId="77777777" w:rsidR="002C1DBB" w:rsidRPr="00A068A5" w:rsidRDefault="00CF2900">
            <w:pPr>
              <w:spacing w:line="193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7"/>
              </w:rPr>
              <w:t>在籍年数</w:t>
            </w:r>
          </w:p>
          <w:p w14:paraId="7D0A8793" w14:textId="77777777" w:rsidR="002C1DBB" w:rsidRPr="00A068A5" w:rsidRDefault="00CF2900">
            <w:pPr>
              <w:spacing w:line="157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Years Attended</w:t>
            </w:r>
          </w:p>
        </w:tc>
      </w:tr>
      <w:tr w:rsidR="002C1DBB" w:rsidRPr="00A068A5" w14:paraId="25777C82" w14:textId="77777777">
        <w:trPr>
          <w:cantSplit/>
          <w:trHeight w:hRule="exact" w:val="480"/>
        </w:trPr>
        <w:tc>
          <w:tcPr>
            <w:tcW w:w="2016" w:type="dxa"/>
            <w:gridSpan w:val="2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47AC5C7" w14:textId="4FAA4220" w:rsidR="002C1DBB" w:rsidRPr="00A068A5" w:rsidRDefault="00A31795">
            <w:pPr>
              <w:spacing w:line="195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7"/>
              </w:rPr>
              <w:t>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17"/>
              </w:rPr>
              <w:t>日本以外</w:t>
            </w:r>
            <w:proofErr w:type="spellEnd"/>
            <w:r w:rsidRPr="00A068A5">
              <w:rPr>
                <w:rFonts w:asciiTheme="minorEastAsia" w:eastAsiaTheme="minorEastAsia" w:hAnsiTheme="minorEastAsia" w:cs="Arial"/>
                <w:sz w:val="17"/>
              </w:rPr>
              <w:t>／□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17"/>
              </w:rPr>
              <w:t>日本</w:t>
            </w:r>
            <w:proofErr w:type="spellEnd"/>
          </w:p>
          <w:p w14:paraId="05024A8C" w14:textId="77777777" w:rsidR="002C1DBB" w:rsidRPr="00A068A5" w:rsidRDefault="00CF2900">
            <w:pPr>
              <w:spacing w:line="157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Outside Japan/In Japan</w:t>
            </w:r>
          </w:p>
        </w:tc>
        <w:tc>
          <w:tcPr>
            <w:tcW w:w="3432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3F29BE0" w14:textId="51B7AE4D" w:rsidR="002C1DBB" w:rsidRPr="00A31795" w:rsidRDefault="002C1DBB" w:rsidP="00DA5376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2640" w:type="dxa"/>
            <w:gridSpan w:val="3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D52B0FF" w14:textId="0EA6904D" w:rsidR="002C1DBB" w:rsidRPr="00CF0347" w:rsidRDefault="002C1DBB" w:rsidP="00A31795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sz w:val="22"/>
              </w:rPr>
            </w:pPr>
          </w:p>
        </w:tc>
        <w:tc>
          <w:tcPr>
            <w:tcW w:w="1445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85D118E" w14:textId="26FA82A9" w:rsidR="002C1DBB" w:rsidRPr="00A068A5" w:rsidRDefault="00A31795" w:rsidP="00CF0347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7"/>
              </w:rPr>
              <w:t xml:space="preserve">　 ヵ月</w:t>
            </w:r>
          </w:p>
        </w:tc>
      </w:tr>
      <w:tr w:rsidR="002C1DBB" w:rsidRPr="00A068A5" w14:paraId="2512061A" w14:textId="77777777">
        <w:trPr>
          <w:cantSplit/>
          <w:trHeight w:hRule="exact" w:val="480"/>
        </w:trPr>
        <w:tc>
          <w:tcPr>
            <w:tcW w:w="2016" w:type="dxa"/>
            <w:gridSpan w:val="2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3F04DE2" w14:textId="1533C2D0" w:rsidR="002C1DBB" w:rsidRPr="00A068A5" w:rsidRDefault="00CF2900">
            <w:pPr>
              <w:spacing w:line="195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7"/>
              </w:rPr>
              <w:t>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17"/>
              </w:rPr>
              <w:t>日本以外</w:t>
            </w:r>
            <w:proofErr w:type="spellEnd"/>
            <w:r w:rsidRPr="00A068A5">
              <w:rPr>
                <w:rFonts w:asciiTheme="minorEastAsia" w:eastAsiaTheme="minorEastAsia" w:hAnsiTheme="minorEastAsia" w:cs="Arial"/>
                <w:sz w:val="17"/>
              </w:rPr>
              <w:t>／□</w:t>
            </w:r>
            <w:proofErr w:type="spellStart"/>
            <w:r w:rsidRPr="00A068A5">
              <w:rPr>
                <w:rFonts w:asciiTheme="minorEastAsia" w:eastAsiaTheme="minorEastAsia" w:hAnsiTheme="minorEastAsia" w:cs="Arial"/>
                <w:sz w:val="17"/>
              </w:rPr>
              <w:t>日本</w:t>
            </w:r>
            <w:proofErr w:type="spellEnd"/>
          </w:p>
          <w:p w14:paraId="64E8BBF4" w14:textId="77777777" w:rsidR="002C1DBB" w:rsidRPr="00A068A5" w:rsidRDefault="00CF2900">
            <w:pPr>
              <w:spacing w:line="157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4"/>
              </w:rPr>
              <w:t>Outside Japan/In Japan</w:t>
            </w:r>
          </w:p>
        </w:tc>
        <w:tc>
          <w:tcPr>
            <w:tcW w:w="3432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F7F6C5C" w14:textId="1D6201E5" w:rsidR="002C1DBB" w:rsidRPr="00A068A5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40" w:type="dxa"/>
            <w:gridSpan w:val="3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66CF4C3" w14:textId="77777777" w:rsidR="002C1DBB" w:rsidRPr="00A068A5" w:rsidRDefault="00CF2900">
            <w:pPr>
              <w:spacing w:line="191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7"/>
              </w:rPr>
              <w:t>年　 月～　 年　 月</w:t>
            </w:r>
          </w:p>
        </w:tc>
        <w:tc>
          <w:tcPr>
            <w:tcW w:w="1445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CF6D9E4" w14:textId="77777777" w:rsidR="002C1DBB" w:rsidRPr="00A068A5" w:rsidRDefault="00CF2900">
            <w:pPr>
              <w:spacing w:line="191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7"/>
              </w:rPr>
              <w:t>年　 ヵ月</w:t>
            </w:r>
          </w:p>
        </w:tc>
      </w:tr>
      <w:tr w:rsidR="002C1DBB" w:rsidRPr="00A068A5" w14:paraId="114ADC2F" w14:textId="77777777">
        <w:trPr>
          <w:cantSplit/>
          <w:trHeight w:hRule="exact" w:val="560"/>
        </w:trPr>
        <w:tc>
          <w:tcPr>
            <w:tcW w:w="9533" w:type="dxa"/>
            <w:gridSpan w:val="8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F80DA1A" w14:textId="28BA0704" w:rsidR="002C1DBB" w:rsidRPr="00A068A5" w:rsidRDefault="00CF2900">
            <w:pPr>
              <w:spacing w:line="170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A068A5">
              <w:rPr>
                <w:rFonts w:asciiTheme="minorEastAsia" w:eastAsiaTheme="minorEastAsia" w:hAnsiTheme="minorEastAsia" w:cs="Arial"/>
                <w:sz w:val="15"/>
                <w:lang w:eastAsia="ja-JP"/>
              </w:rPr>
              <w:t>日本語能力試験以外の試験や検定を受けたことがある場合は、スコアと受験年月を教えてください。</w:t>
            </w:r>
          </w:p>
          <w:p w14:paraId="4D3BFC4C" w14:textId="77777777" w:rsidR="002C1DBB" w:rsidRPr="00A068A5" w:rsidRDefault="00CF2900">
            <w:pPr>
              <w:spacing w:line="155" w:lineRule="exac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3"/>
              </w:rPr>
              <w:t>Please write the date and score of any other Japanese proficiency exams or tests other than JLPT.</w:t>
            </w:r>
          </w:p>
        </w:tc>
      </w:tr>
      <w:tr w:rsidR="002C1DBB" w:rsidRPr="00A068A5" w14:paraId="221D1B5F" w14:textId="77777777" w:rsidTr="00CE0291">
        <w:trPr>
          <w:cantSplit/>
          <w:trHeight w:hRule="exact" w:val="403"/>
        </w:trPr>
        <w:tc>
          <w:tcPr>
            <w:tcW w:w="1750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FEDB21D" w14:textId="77777777" w:rsidR="002C1DBB" w:rsidRPr="00A068A5" w:rsidRDefault="00CF2900">
            <w:pPr>
              <w:spacing w:line="184" w:lineRule="exact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A068A5">
              <w:rPr>
                <w:rFonts w:asciiTheme="minorEastAsia" w:eastAsiaTheme="minorEastAsia" w:hAnsiTheme="minorEastAsia" w:cs="Arial"/>
                <w:b/>
                <w:sz w:val="16"/>
              </w:rPr>
              <w:t>試験・検定名</w:t>
            </w:r>
            <w:proofErr w:type="spellEnd"/>
          </w:p>
        </w:tc>
        <w:tc>
          <w:tcPr>
            <w:tcW w:w="2174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CD707D5" w14:textId="48D3B618" w:rsidR="002C1DBB" w:rsidRPr="00A068A5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4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054559D" w14:textId="77777777" w:rsidR="002C1DBB" w:rsidRPr="00A068A5" w:rsidRDefault="00CF2900">
            <w:pPr>
              <w:spacing w:line="182" w:lineRule="exact"/>
              <w:jc w:val="right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点</w:t>
            </w:r>
          </w:p>
        </w:tc>
        <w:tc>
          <w:tcPr>
            <w:tcW w:w="1280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E653CB3" w14:textId="77777777" w:rsidR="002C1DBB" w:rsidRPr="00A068A5" w:rsidRDefault="00CF2900">
            <w:pPr>
              <w:spacing w:line="184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b/>
                <w:sz w:val="16"/>
              </w:rPr>
              <w:t>受験年月</w:t>
            </w:r>
          </w:p>
        </w:tc>
        <w:tc>
          <w:tcPr>
            <w:tcW w:w="2205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CD6A8F9" w14:textId="77777777" w:rsidR="002C1DBB" w:rsidRPr="00A068A5" w:rsidRDefault="00CF2900">
            <w:pPr>
              <w:spacing w:line="184" w:lineRule="exact"/>
              <w:jc w:val="center"/>
              <w:rPr>
                <w:rFonts w:asciiTheme="minorEastAsia" w:eastAsiaTheme="minorEastAsia" w:hAnsiTheme="minorEastAsia"/>
              </w:rPr>
            </w:pPr>
            <w:r w:rsidRPr="00A068A5">
              <w:rPr>
                <w:rFonts w:asciiTheme="minorEastAsia" w:eastAsiaTheme="minorEastAsia" w:hAnsiTheme="minorEastAsia" w:cs="Arial"/>
                <w:sz w:val="16"/>
              </w:rPr>
              <w:t>年　　　月</w:t>
            </w:r>
          </w:p>
        </w:tc>
      </w:tr>
    </w:tbl>
    <w:p w14:paraId="51AFC6DB" w14:textId="2B5E0DDD" w:rsidR="002C1DBB" w:rsidRDefault="002C1DBB">
      <w:pPr>
        <w:spacing w:line="260" w:lineRule="exact"/>
        <w:rPr>
          <w:lang w:eastAsia="ja-JP"/>
        </w:rPr>
      </w:pPr>
    </w:p>
    <w:p w14:paraId="5F6C9400" w14:textId="77777777" w:rsidR="002C1DBB" w:rsidRDefault="002C1DBB">
      <w:pPr>
        <w:spacing w:line="20" w:lineRule="exact"/>
        <w:rPr>
          <w:lang w:eastAsia="ja-JP"/>
        </w:rPr>
      </w:pPr>
    </w:p>
    <w:tbl>
      <w:tblPr>
        <w:tblW w:w="96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2614"/>
        <w:gridCol w:w="1678"/>
        <w:gridCol w:w="1786"/>
        <w:gridCol w:w="893"/>
        <w:gridCol w:w="949"/>
      </w:tblGrid>
      <w:tr w:rsidR="002C1DBB" w:rsidRPr="007148BA" w14:paraId="4C390267" w14:textId="77777777" w:rsidTr="00B85773">
        <w:trPr>
          <w:cantSplit/>
          <w:trHeight w:hRule="exact" w:val="960"/>
        </w:trPr>
        <w:tc>
          <w:tcPr>
            <w:tcW w:w="9669" w:type="dxa"/>
            <w:gridSpan w:val="6"/>
            <w:tcMar>
              <w:top w:w="10" w:type="dxa"/>
              <w:left w:w="30" w:type="dxa"/>
              <w:bottom w:w="0" w:type="dxa"/>
              <w:right w:w="0" w:type="dxa"/>
            </w:tcMar>
            <w:vAlign w:val="center"/>
          </w:tcPr>
          <w:p w14:paraId="6376B909" w14:textId="77777777" w:rsidR="002C1DBB" w:rsidRPr="007148BA" w:rsidRDefault="00CF2900">
            <w:pPr>
              <w:spacing w:line="390" w:lineRule="exact"/>
              <w:rPr>
                <w:rFonts w:asciiTheme="minorEastAsia" w:eastAsiaTheme="minorEastAsia" w:hAnsiTheme="minorEastAsia"/>
              </w:rPr>
            </w:pPr>
            <w:proofErr w:type="spellStart"/>
            <w:r w:rsidRPr="007148BA">
              <w:rPr>
                <w:rFonts w:asciiTheme="minorEastAsia" w:eastAsiaTheme="minorEastAsia" w:hAnsiTheme="minorEastAsia" w:cs="Arial"/>
                <w:b/>
                <w:sz w:val="35"/>
              </w:rPr>
              <w:t>学歴</w:t>
            </w:r>
            <w:proofErr w:type="spellEnd"/>
            <w:r w:rsidRPr="007148BA">
              <w:rPr>
                <w:rFonts w:asciiTheme="minorEastAsia" w:eastAsiaTheme="minorEastAsia" w:hAnsiTheme="minorEastAsia" w:cs="Arial"/>
                <w:sz w:val="20"/>
              </w:rPr>
              <w:t xml:space="preserve">　 Educational Background</w:t>
            </w:r>
          </w:p>
          <w:p w14:paraId="5CA583D5" w14:textId="77777777" w:rsidR="002C1DBB" w:rsidRPr="007148BA" w:rsidRDefault="00CF2900">
            <w:pPr>
              <w:spacing w:line="188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7"/>
              </w:rPr>
              <w:t>Please list in chronological order all schools attended during the12-year education period, universities</w:t>
            </w:r>
          </w:p>
          <w:p w14:paraId="54BF5BFE" w14:textId="77777777" w:rsidR="002C1DBB" w:rsidRPr="007148BA" w:rsidRDefault="00CF2900">
            <w:pPr>
              <w:spacing w:line="188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7"/>
              </w:rPr>
              <w:t>you have attended, and any degree(s) you have been awarded.</w:t>
            </w:r>
          </w:p>
        </w:tc>
      </w:tr>
      <w:tr w:rsidR="002C1DBB" w:rsidRPr="007148BA" w14:paraId="255C5356" w14:textId="77777777" w:rsidTr="00B85773">
        <w:trPr>
          <w:cantSplit/>
          <w:trHeight w:hRule="exact" w:val="480"/>
        </w:trPr>
        <w:tc>
          <w:tcPr>
            <w:tcW w:w="1749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21E0F2C" w14:textId="77777777" w:rsidR="002C1DBB" w:rsidRPr="007148BA" w:rsidRDefault="002C1DBB">
            <w:pPr>
              <w:spacing w:line="31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1638D817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学校名/所属</w:t>
            </w:r>
          </w:p>
          <w:p w14:paraId="1DC69A50" w14:textId="77777777" w:rsidR="002C1DBB" w:rsidRPr="007148BA" w:rsidRDefault="00CF2900">
            <w:pPr>
              <w:spacing w:line="153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Name of School/Faculty-Department</w:t>
            </w: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71AAC21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所在地</w:t>
            </w:r>
          </w:p>
          <w:p w14:paraId="054A4941" w14:textId="77777777" w:rsidR="002C1DBB" w:rsidRPr="007148BA" w:rsidRDefault="00CF2900">
            <w:pPr>
              <w:spacing w:line="153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Location (Name of City)</w:t>
            </w:r>
          </w:p>
        </w:tc>
        <w:tc>
          <w:tcPr>
            <w:tcW w:w="1786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DE8FF3C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在学期間</w:t>
            </w:r>
          </w:p>
          <w:p w14:paraId="3E945240" w14:textId="77777777" w:rsidR="002C1DBB" w:rsidRPr="007148BA" w:rsidRDefault="00CF2900">
            <w:pPr>
              <w:spacing w:line="153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Enrollment Period</w:t>
            </w:r>
          </w:p>
        </w:tc>
        <w:tc>
          <w:tcPr>
            <w:tcW w:w="893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B243698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年数</w:t>
            </w:r>
          </w:p>
          <w:p w14:paraId="174F3ACA" w14:textId="77777777" w:rsidR="002C1DBB" w:rsidRPr="007148BA" w:rsidRDefault="00CF2900">
            <w:pPr>
              <w:spacing w:line="153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Years attended</w:t>
            </w:r>
          </w:p>
        </w:tc>
        <w:tc>
          <w:tcPr>
            <w:tcW w:w="949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58F1B7E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学位</w:t>
            </w:r>
          </w:p>
          <w:p w14:paraId="6E1E8EE2" w14:textId="77777777" w:rsidR="002C1DBB" w:rsidRPr="007148BA" w:rsidRDefault="00CF2900">
            <w:pPr>
              <w:spacing w:line="153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Degree</w:t>
            </w:r>
          </w:p>
        </w:tc>
      </w:tr>
      <w:tr w:rsidR="002C1DBB" w:rsidRPr="007148BA" w14:paraId="4E852FF7" w14:textId="77777777" w:rsidTr="00B85773">
        <w:trPr>
          <w:cantSplit/>
          <w:trHeight w:hRule="exact" w:val="980"/>
        </w:trPr>
        <w:tc>
          <w:tcPr>
            <w:tcW w:w="17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1F5DEFC" w14:textId="77777777" w:rsidR="002C1DBB" w:rsidRPr="007148BA" w:rsidRDefault="00CF2900">
            <w:pPr>
              <w:spacing w:line="24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初等教育</w:t>
            </w:r>
          </w:p>
          <w:p w14:paraId="30785419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Elementary Education</w:t>
            </w:r>
          </w:p>
          <w:p w14:paraId="133F01CD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(Primary school)</w:t>
            </w: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334CA38" w14:textId="73735912" w:rsidR="002C1DBB" w:rsidRPr="007148BA" w:rsidRDefault="002C1DBB" w:rsidP="00DA5376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B3EC1C0" w14:textId="2B2CF2EA" w:rsidR="002C1DBB" w:rsidRPr="007148BA" w:rsidRDefault="002C1DBB" w:rsidP="00CF2900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391E68B9" w14:textId="7F1C23D4" w:rsidR="007148BA" w:rsidRPr="007148BA" w:rsidRDefault="00CF2900" w:rsidP="007148BA">
            <w:pPr>
              <w:spacing w:line="245" w:lineRule="exact"/>
              <w:rPr>
                <w:rFonts w:asciiTheme="minorEastAsia" w:eastAsiaTheme="minorEastAsia" w:hAnsiTheme="minorEastAsia" w:cs="Arial"/>
                <w:color w:val="FF0000"/>
                <w:sz w:val="13"/>
                <w:lang w:eastAsia="ja-JP"/>
              </w:rPr>
            </w:pPr>
            <w:r w:rsidRPr="00BA6F43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  <w:r w:rsidRPr="007148BA">
              <w:rPr>
                <w:rFonts w:asciiTheme="minorEastAsia" w:eastAsiaTheme="minorEastAsia" w:hAnsiTheme="minorEastAsia" w:cs="Arial"/>
                <w:color w:val="FF0000"/>
                <w:sz w:val="13"/>
                <w:lang w:eastAsia="ja-JP"/>
              </w:rPr>
              <w:t xml:space="preserve"> </w:t>
            </w:r>
          </w:p>
          <w:p w14:paraId="0F9033AB" w14:textId="4F9242ED" w:rsidR="002C1DBB" w:rsidRPr="007148BA" w:rsidRDefault="00CF2900" w:rsidP="007148BA">
            <w:pPr>
              <w:spacing w:line="245" w:lineRule="exact"/>
              <w:rPr>
                <w:rFonts w:asciiTheme="minorEastAsia" w:eastAsiaTheme="minorEastAsia" w:hAnsiTheme="minorEastAsia"/>
                <w:lang w:eastAsia="ja-JP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</w:t>
            </w:r>
            <w:r w:rsidRPr="00BA6F43">
              <w:rPr>
                <w:rFonts w:asciiTheme="minorEastAsia" w:eastAsiaTheme="minorEastAsia" w:hAnsiTheme="minorEastAsia" w:cs="Arial"/>
                <w:sz w:val="13"/>
              </w:rPr>
              <w:t>ro</w:t>
            </w:r>
            <w:r w:rsidRPr="007148BA">
              <w:rPr>
                <w:rFonts w:asciiTheme="minorEastAsia" w:eastAsiaTheme="minorEastAsia" w:hAnsiTheme="minorEastAsia" w:cs="Arial"/>
                <w:sz w:val="13"/>
              </w:rPr>
              <w:t>m    year   month</w:t>
            </w:r>
          </w:p>
          <w:p w14:paraId="2A1AD940" w14:textId="6BA41D2C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  <w:color w:val="FF0000"/>
                <w:lang w:eastAsia="ja-JP"/>
              </w:rPr>
            </w:pPr>
            <w:r w:rsidRPr="00BA6F43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</w:p>
          <w:p w14:paraId="630D3394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C80B1F9" w14:textId="12001E58" w:rsidR="002C1DBB" w:rsidRPr="007148BA" w:rsidRDefault="002C1DBB" w:rsidP="00CF2900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9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03864F0" w14:textId="77777777" w:rsidR="002C1DBB" w:rsidRPr="007148BA" w:rsidRDefault="002C1DBB" w:rsidP="00CF2900">
            <w:pPr>
              <w:spacing w:line="199" w:lineRule="exact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2C1DBB" w:rsidRPr="007148BA" w14:paraId="41FF62EA" w14:textId="77777777" w:rsidTr="00B85773">
        <w:trPr>
          <w:cantSplit/>
          <w:trHeight w:hRule="exact" w:val="980"/>
        </w:trPr>
        <w:tc>
          <w:tcPr>
            <w:tcW w:w="17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668DFC55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0162E67" w14:textId="77777777" w:rsidR="002C1DBB" w:rsidRPr="007148BA" w:rsidRDefault="002C1DBB" w:rsidP="00CF2900">
            <w:pPr>
              <w:spacing w:line="199" w:lineRule="exact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1DFF2A58" w14:textId="77777777" w:rsidR="002C1DBB" w:rsidRPr="007148BA" w:rsidRDefault="002C1DBB" w:rsidP="00CF2900">
            <w:pPr>
              <w:spacing w:line="199" w:lineRule="exact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61082E6F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</w:p>
          <w:p w14:paraId="11EA4892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from    year   month</w:t>
            </w:r>
          </w:p>
          <w:p w14:paraId="63EEC042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</w:p>
          <w:p w14:paraId="59529F28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51B0B30C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02D1B452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</w:tr>
      <w:tr w:rsidR="002C1DBB" w:rsidRPr="007148BA" w14:paraId="1F0984B2" w14:textId="77777777" w:rsidTr="00B85773">
        <w:trPr>
          <w:cantSplit/>
          <w:trHeight w:hRule="exact" w:val="980"/>
        </w:trPr>
        <w:tc>
          <w:tcPr>
            <w:tcW w:w="17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D827C87" w14:textId="77777777" w:rsidR="002C1DBB" w:rsidRPr="007148BA" w:rsidRDefault="00CF2900">
            <w:pPr>
              <w:spacing w:line="24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中等教育</w:t>
            </w:r>
          </w:p>
          <w:p w14:paraId="11F04FDD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Secondary Education</w:t>
            </w:r>
          </w:p>
          <w:p w14:paraId="4B349ED6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(Junior High</w:t>
            </w:r>
          </w:p>
          <w:p w14:paraId="3CBE5182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and High school)</w:t>
            </w: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C49B2ED" w14:textId="2998C51A" w:rsidR="002C1DBB" w:rsidRPr="007148BA" w:rsidRDefault="002C1DBB" w:rsidP="00DA5376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26231F8" w14:textId="25360F11" w:rsidR="002C1DBB" w:rsidRPr="007148BA" w:rsidRDefault="002C1DBB" w:rsidP="00CF2900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6C23EB4E" w14:textId="7CF1CB6B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</w:p>
          <w:p w14:paraId="390704F9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from    year   month</w:t>
            </w:r>
          </w:p>
          <w:p w14:paraId="5D56A530" w14:textId="6315B43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</w:p>
          <w:p w14:paraId="600C0F62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9B7007D" w14:textId="02C48F21" w:rsidR="00BA6F43" w:rsidRPr="007148BA" w:rsidRDefault="00BA6F43" w:rsidP="00CF2900">
            <w:pPr>
              <w:spacing w:line="240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9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C9A85BE" w14:textId="77777777" w:rsidR="002C1DBB" w:rsidRPr="007148BA" w:rsidRDefault="002C1DBB" w:rsidP="00CF2900">
            <w:pPr>
              <w:spacing w:line="199" w:lineRule="exact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2C1DBB" w:rsidRPr="007148BA" w14:paraId="50E9A4ED" w14:textId="77777777" w:rsidTr="00B85773">
        <w:trPr>
          <w:cantSplit/>
          <w:trHeight w:hRule="exact" w:val="980"/>
        </w:trPr>
        <w:tc>
          <w:tcPr>
            <w:tcW w:w="17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4B345CC2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2D74BE1" w14:textId="64CE3396" w:rsidR="002C1DBB" w:rsidRPr="007148BA" w:rsidRDefault="002C1DBB" w:rsidP="00DA5376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886C292" w14:textId="25ECD75E" w:rsidR="002C1DBB" w:rsidRPr="007148BA" w:rsidRDefault="002C1DBB" w:rsidP="00CF2900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34E3079F" w14:textId="52AF94FF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</w:p>
          <w:p w14:paraId="04A83B87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from    year   month</w:t>
            </w:r>
          </w:p>
          <w:p w14:paraId="45005893" w14:textId="4695FAD5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  <w:r w:rsidRPr="007148BA">
              <w:rPr>
                <w:rFonts w:asciiTheme="minorEastAsia" w:eastAsiaTheme="minorEastAsia" w:hAnsiTheme="minorEastAsia"/>
              </w:rPr>
              <w:t xml:space="preserve"> </w:t>
            </w:r>
          </w:p>
          <w:p w14:paraId="3952D186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393CDE84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6F3149D0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</w:tr>
      <w:tr w:rsidR="002C1DBB" w:rsidRPr="007148BA" w14:paraId="734077C9" w14:textId="77777777" w:rsidTr="00B85773">
        <w:trPr>
          <w:cantSplit/>
          <w:trHeight w:hRule="exact" w:val="980"/>
        </w:trPr>
        <w:tc>
          <w:tcPr>
            <w:tcW w:w="17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E68F563" w14:textId="77777777" w:rsidR="002C1DBB" w:rsidRPr="007148BA" w:rsidRDefault="00CF2900">
            <w:pPr>
              <w:spacing w:line="24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高等教育</w:t>
            </w:r>
          </w:p>
          <w:p w14:paraId="0B9A8FEA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Higher Education</w:t>
            </w:r>
          </w:p>
          <w:p w14:paraId="438FB948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(University and College)</w:t>
            </w: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BC3DE9D" w14:textId="559DE3B9" w:rsidR="002C1DBB" w:rsidRPr="007148BA" w:rsidRDefault="002C1DBB" w:rsidP="00DA5376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440169C" w14:textId="0A0F02F9" w:rsidR="002C1DBB" w:rsidRPr="007148BA" w:rsidRDefault="002C1DBB" w:rsidP="00CF2900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49B035F7" w14:textId="591E30CC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</w:p>
          <w:p w14:paraId="08130FAA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from    year   month</w:t>
            </w:r>
          </w:p>
          <w:p w14:paraId="5E4C9272" w14:textId="63BE6A5B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  <w:r w:rsidRPr="007148BA">
              <w:rPr>
                <w:rFonts w:asciiTheme="minorEastAsia" w:eastAsiaTheme="minorEastAsia" w:hAnsiTheme="minorEastAsia"/>
              </w:rPr>
              <w:t xml:space="preserve"> </w:t>
            </w:r>
          </w:p>
          <w:p w14:paraId="3A9B0744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8728C19" w14:textId="1B030F89" w:rsidR="002C1DBB" w:rsidRPr="00FF7349" w:rsidRDefault="002C1DBB" w:rsidP="00FF7349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  <w:tc>
          <w:tcPr>
            <w:tcW w:w="9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D759777" w14:textId="5F77B284" w:rsidR="002C1DBB" w:rsidRPr="00B85773" w:rsidRDefault="002C1DBB" w:rsidP="00B85773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sz w:val="40"/>
                <w:szCs w:val="40"/>
                <w:lang w:eastAsia="ja-JP"/>
              </w:rPr>
            </w:pPr>
          </w:p>
        </w:tc>
      </w:tr>
      <w:tr w:rsidR="002C1DBB" w:rsidRPr="007148BA" w14:paraId="04863E9A" w14:textId="77777777" w:rsidTr="00B85773">
        <w:trPr>
          <w:cantSplit/>
          <w:trHeight w:hRule="exact" w:val="980"/>
        </w:trPr>
        <w:tc>
          <w:tcPr>
            <w:tcW w:w="17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0B4045C5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BC151D6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26D4C39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3611D324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</w:p>
          <w:p w14:paraId="64DDDAE7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from    year   month</w:t>
            </w:r>
          </w:p>
          <w:p w14:paraId="2E23C40F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</w:p>
          <w:p w14:paraId="2D253BC2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08723FD2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22071390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</w:tr>
      <w:tr w:rsidR="002C1DBB" w:rsidRPr="007148BA" w14:paraId="6C42FCAE" w14:textId="77777777" w:rsidTr="00B85773">
        <w:trPr>
          <w:cantSplit/>
          <w:trHeight w:hRule="exact" w:val="980"/>
        </w:trPr>
        <w:tc>
          <w:tcPr>
            <w:tcW w:w="17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D1C51C5" w14:textId="77777777" w:rsidR="002C1DBB" w:rsidRPr="007148BA" w:rsidRDefault="00CF2900">
            <w:pPr>
              <w:spacing w:line="24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その他 ※1</w:t>
            </w:r>
          </w:p>
          <w:p w14:paraId="3279B268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Other educational</w:t>
            </w:r>
          </w:p>
          <w:p w14:paraId="01BE1055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institutions</w:t>
            </w:r>
          </w:p>
          <w:p w14:paraId="73854A78" w14:textId="77777777" w:rsidR="002C1DBB" w:rsidRPr="007148BA" w:rsidRDefault="00CF2900">
            <w:pPr>
              <w:spacing w:line="161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(Please refer to ※1)</w:t>
            </w: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B86C346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BFE3190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41C0590C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</w:p>
          <w:p w14:paraId="0B25053E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from    year   month</w:t>
            </w:r>
          </w:p>
          <w:p w14:paraId="2646D3DF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</w:p>
          <w:p w14:paraId="063ADC45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1B20F6C5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49" w:type="dxa"/>
            <w:vMerge w:val="restart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AA7A3C7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C1DBB" w:rsidRPr="007148BA" w14:paraId="3B9E2EAD" w14:textId="77777777" w:rsidTr="00B85773">
        <w:trPr>
          <w:cantSplit/>
          <w:trHeight w:hRule="exact" w:val="980"/>
        </w:trPr>
        <w:tc>
          <w:tcPr>
            <w:tcW w:w="17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60E494EC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14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C32095C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78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69DF047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6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5417B62C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自</w:t>
            </w:r>
          </w:p>
          <w:p w14:paraId="2CB4A2C8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from    year   month</w:t>
            </w:r>
          </w:p>
          <w:p w14:paraId="28D5A29B" w14:textId="77777777" w:rsidR="002C1DBB" w:rsidRPr="007148BA" w:rsidRDefault="00CF2900">
            <w:pPr>
              <w:spacing w:line="245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  <w:sz w:val="22"/>
              </w:rPr>
              <w:t>至</w:t>
            </w:r>
          </w:p>
          <w:p w14:paraId="26CBE6E2" w14:textId="77777777" w:rsidR="002C1DBB" w:rsidRPr="007148BA" w:rsidRDefault="00CF2900">
            <w:pPr>
              <w:spacing w:line="153" w:lineRule="exac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to      year   month</w:t>
            </w:r>
          </w:p>
        </w:tc>
        <w:tc>
          <w:tcPr>
            <w:tcW w:w="893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77652605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49" w:type="dxa"/>
            <w:vMerge/>
            <w:tcMar>
              <w:top w:w="10" w:type="dxa"/>
              <w:left w:w="16" w:type="dxa"/>
              <w:bottom w:w="10" w:type="dxa"/>
              <w:right w:w="16" w:type="dxa"/>
            </w:tcMar>
          </w:tcPr>
          <w:p w14:paraId="7E707750" w14:textId="77777777" w:rsidR="002C1DBB" w:rsidRPr="007148BA" w:rsidRDefault="002C1DBB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3E716B01" w14:textId="77777777" w:rsidR="002C1DBB" w:rsidRPr="007148BA" w:rsidRDefault="00CF2900">
      <w:pPr>
        <w:spacing w:line="240" w:lineRule="exact"/>
        <w:rPr>
          <w:rFonts w:asciiTheme="minorEastAsia" w:eastAsiaTheme="minorEastAsia" w:hAnsiTheme="minorEastAsia"/>
          <w:lang w:eastAsia="ja-JP"/>
        </w:rPr>
      </w:pPr>
      <w:r w:rsidRPr="007148BA">
        <w:rPr>
          <w:rFonts w:asciiTheme="minorEastAsia" w:eastAsiaTheme="minorEastAsia" w:hAnsiTheme="minorEastAsia" w:cs="Arial"/>
          <w:b/>
          <w:sz w:val="17"/>
          <w:lang w:eastAsia="ja-JP"/>
        </w:rPr>
        <w:t>※1 入学試験要項「2.出願資格」の(2)③に該当する場合、その教育施設を記入する。</w:t>
      </w:r>
    </w:p>
    <w:p w14:paraId="2022DC22" w14:textId="77777777" w:rsidR="002C1DBB" w:rsidRPr="007148BA" w:rsidRDefault="00CF2900">
      <w:pPr>
        <w:spacing w:line="240" w:lineRule="exact"/>
        <w:rPr>
          <w:rFonts w:asciiTheme="minorEastAsia" w:eastAsiaTheme="minorEastAsia" w:hAnsiTheme="minorEastAsia"/>
        </w:rPr>
      </w:pPr>
      <w:r w:rsidRPr="007148BA">
        <w:rPr>
          <w:rFonts w:asciiTheme="minorEastAsia" w:eastAsiaTheme="minorEastAsia" w:hAnsiTheme="minorEastAsia" w:cs="Arial"/>
          <w:sz w:val="16"/>
        </w:rPr>
        <w:t>※1 If the school(s) you attended is listed under (2)③ in the application guidelines, please input details.</w:t>
      </w:r>
    </w:p>
    <w:p w14:paraId="7463C4DD" w14:textId="77777777" w:rsidR="002C1DBB" w:rsidRPr="007148BA" w:rsidRDefault="002C1DBB">
      <w:pPr>
        <w:spacing w:line="440" w:lineRule="exact"/>
        <w:rPr>
          <w:rFonts w:asciiTheme="minorEastAsia" w:eastAsiaTheme="minorEastAsia" w:hAnsiTheme="minorEastAsia"/>
        </w:rPr>
      </w:pPr>
    </w:p>
    <w:tbl>
      <w:tblPr>
        <w:tblW w:w="9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1742"/>
        <w:gridCol w:w="1742"/>
        <w:gridCol w:w="871"/>
        <w:gridCol w:w="871"/>
      </w:tblGrid>
      <w:tr w:rsidR="002C1DBB" w:rsidRPr="007148BA" w14:paraId="15DF5F4E" w14:textId="77777777">
        <w:trPr>
          <w:cantSplit/>
          <w:trHeight w:hRule="exact" w:val="480"/>
        </w:trPr>
        <w:tc>
          <w:tcPr>
            <w:tcW w:w="9532" w:type="dxa"/>
            <w:gridSpan w:val="5"/>
            <w:tcMar>
              <w:top w:w="4" w:type="dxa"/>
              <w:left w:w="30" w:type="dxa"/>
              <w:bottom w:w="0" w:type="dxa"/>
              <w:right w:w="0" w:type="dxa"/>
            </w:tcMar>
            <w:vAlign w:val="center"/>
          </w:tcPr>
          <w:p w14:paraId="32843B30" w14:textId="77777777" w:rsidR="002C1DBB" w:rsidRPr="007148BA" w:rsidRDefault="00CF2900">
            <w:pPr>
              <w:spacing w:line="380" w:lineRule="exact"/>
              <w:rPr>
                <w:rFonts w:asciiTheme="minorEastAsia" w:eastAsiaTheme="minorEastAsia" w:hAnsiTheme="minorEastAsia"/>
              </w:rPr>
            </w:pPr>
            <w:proofErr w:type="spellStart"/>
            <w:r w:rsidRPr="007148BA">
              <w:rPr>
                <w:rFonts w:asciiTheme="minorEastAsia" w:eastAsiaTheme="minorEastAsia" w:hAnsiTheme="minorEastAsia" w:cs="Arial"/>
                <w:b/>
                <w:sz w:val="34"/>
              </w:rPr>
              <w:t>職歴</w:t>
            </w:r>
            <w:proofErr w:type="spellEnd"/>
            <w:r w:rsidRPr="007148BA">
              <w:rPr>
                <w:rFonts w:asciiTheme="minorEastAsia" w:eastAsiaTheme="minorEastAsia" w:hAnsiTheme="minorEastAsia" w:cs="Arial"/>
                <w:sz w:val="20"/>
              </w:rPr>
              <w:t xml:space="preserve">　 Occupational Experience</w:t>
            </w:r>
          </w:p>
        </w:tc>
      </w:tr>
      <w:tr w:rsidR="002C1DBB" w:rsidRPr="007148BA" w14:paraId="650CA632" w14:textId="77777777">
        <w:trPr>
          <w:cantSplit/>
          <w:trHeight w:hRule="exact" w:val="480"/>
        </w:trPr>
        <w:tc>
          <w:tcPr>
            <w:tcW w:w="4306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557F606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会社名</w:t>
            </w:r>
          </w:p>
          <w:p w14:paraId="0A8610FC" w14:textId="77777777" w:rsidR="002C1DBB" w:rsidRPr="007148BA" w:rsidRDefault="00CF2900">
            <w:pPr>
              <w:spacing w:line="178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6"/>
              </w:rPr>
              <w:t>Name of Company/Employer</w:t>
            </w: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4464DFD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所在地</w:t>
            </w:r>
          </w:p>
          <w:p w14:paraId="282AD6D3" w14:textId="77777777" w:rsidR="002C1DBB" w:rsidRPr="007148BA" w:rsidRDefault="00CF2900">
            <w:pPr>
              <w:spacing w:line="153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Location (Name of City)</w:t>
            </w: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E80366B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職種</w:t>
            </w:r>
          </w:p>
          <w:p w14:paraId="67B47193" w14:textId="77777777" w:rsidR="002C1DBB" w:rsidRPr="007148BA" w:rsidRDefault="00CF2900">
            <w:pPr>
              <w:spacing w:line="153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3"/>
              </w:rPr>
              <w:t>Type of Work</w:t>
            </w:r>
          </w:p>
        </w:tc>
        <w:tc>
          <w:tcPr>
            <w:tcW w:w="1742" w:type="dxa"/>
            <w:gridSpan w:val="2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1075F1EB" w14:textId="77777777" w:rsidR="002C1DBB" w:rsidRPr="007148BA" w:rsidRDefault="00CF2900">
            <w:pPr>
              <w:spacing w:line="205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b/>
              </w:rPr>
              <w:t>期間 Period</w:t>
            </w:r>
          </w:p>
          <w:p w14:paraId="17CE6BDC" w14:textId="77777777" w:rsidR="002C1DBB" w:rsidRPr="007148BA" w:rsidRDefault="00CF2900">
            <w:pPr>
              <w:spacing w:line="157" w:lineRule="exact"/>
              <w:jc w:val="center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4"/>
              </w:rPr>
              <w:t>自 From　 至 To</w:t>
            </w:r>
          </w:p>
        </w:tc>
      </w:tr>
      <w:tr w:rsidR="002C1DBB" w:rsidRPr="007148BA" w14:paraId="36D64F67" w14:textId="77777777">
        <w:trPr>
          <w:cantSplit/>
          <w:trHeight w:hRule="exact" w:val="480"/>
        </w:trPr>
        <w:tc>
          <w:tcPr>
            <w:tcW w:w="4306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150ACBF" w14:textId="0E085131" w:rsidR="002C1DBB" w:rsidRPr="00391FEF" w:rsidRDefault="002C1DBB" w:rsidP="00391FEF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EFFFA64" w14:textId="701F731B" w:rsidR="002C1DBB" w:rsidRPr="00391FEF" w:rsidRDefault="002C1DBB" w:rsidP="00391FEF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3D35DAD2" w14:textId="018FB664" w:rsidR="002C1DBB" w:rsidRPr="00391FEF" w:rsidRDefault="002C1DBB" w:rsidP="00391FEF">
            <w:pPr>
              <w:spacing w:line="240" w:lineRule="auto"/>
              <w:rPr>
                <w:rFonts w:asciiTheme="minorEastAsia" w:eastAsiaTheme="minorEastAsia" w:hAnsiTheme="minorEastAsia"/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561873F1" w14:textId="0154DD3E" w:rsidR="002C1DBB" w:rsidRPr="00391FEF" w:rsidRDefault="00391FEF" w:rsidP="00391FEF">
            <w:pPr>
              <w:spacing w:line="240" w:lineRule="auto"/>
              <w:jc w:val="right"/>
              <w:rPr>
                <w:rFonts w:asciiTheme="minorEastAsia" w:eastAsiaTheme="minorEastAsia" w:hAnsiTheme="minorEastAsia"/>
                <w:b/>
                <w:bCs/>
                <w:color w:val="FF0000"/>
                <w:szCs w:val="18"/>
              </w:rPr>
            </w:pPr>
            <w:r w:rsidRPr="00391FEF">
              <w:rPr>
                <w:rFonts w:asciiTheme="minorEastAsia" w:eastAsiaTheme="minorEastAsia" w:hAnsiTheme="minorEastAsia" w:cs="Arial"/>
                <w:color w:val="000000" w:themeColor="text1"/>
                <w:szCs w:val="18"/>
              </w:rPr>
              <w:t>年</w:t>
            </w: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0324D399" w14:textId="77777777" w:rsidR="002C1DBB" w:rsidRPr="007148BA" w:rsidRDefault="00CF2900">
            <w:pPr>
              <w:spacing w:line="174" w:lineRule="exact"/>
              <w:jc w:val="righ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5"/>
              </w:rPr>
              <w:t>年</w:t>
            </w:r>
          </w:p>
        </w:tc>
      </w:tr>
      <w:tr w:rsidR="002C1DBB" w:rsidRPr="007148BA" w14:paraId="15EB1722" w14:textId="77777777">
        <w:trPr>
          <w:cantSplit/>
          <w:trHeight w:hRule="exact" w:val="480"/>
        </w:trPr>
        <w:tc>
          <w:tcPr>
            <w:tcW w:w="4306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6B0EC73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C6BD3F0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2FAE8810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55A69A8A" w14:textId="77777777" w:rsidR="002C1DBB" w:rsidRPr="007148BA" w:rsidRDefault="00CF2900">
            <w:pPr>
              <w:spacing w:line="174" w:lineRule="exact"/>
              <w:jc w:val="righ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5"/>
              </w:rPr>
              <w:t>年</w:t>
            </w: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738379F8" w14:textId="77777777" w:rsidR="002C1DBB" w:rsidRPr="007148BA" w:rsidRDefault="00CF2900">
            <w:pPr>
              <w:spacing w:line="174" w:lineRule="exact"/>
              <w:jc w:val="righ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5"/>
              </w:rPr>
              <w:t>年</w:t>
            </w:r>
          </w:p>
        </w:tc>
      </w:tr>
      <w:tr w:rsidR="002C1DBB" w:rsidRPr="007148BA" w14:paraId="5EB4A459" w14:textId="77777777">
        <w:trPr>
          <w:cantSplit/>
          <w:trHeight w:hRule="exact" w:val="480"/>
        </w:trPr>
        <w:tc>
          <w:tcPr>
            <w:tcW w:w="4306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76E32686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0349E535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4EAE5EA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02831CAD" w14:textId="77777777" w:rsidR="002C1DBB" w:rsidRPr="007148BA" w:rsidRDefault="00CF2900">
            <w:pPr>
              <w:spacing w:line="174" w:lineRule="exact"/>
              <w:jc w:val="righ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5"/>
              </w:rPr>
              <w:t>年</w:t>
            </w: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7AEFDB15" w14:textId="77777777" w:rsidR="002C1DBB" w:rsidRPr="007148BA" w:rsidRDefault="00CF2900">
            <w:pPr>
              <w:spacing w:line="174" w:lineRule="exact"/>
              <w:jc w:val="righ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5"/>
              </w:rPr>
              <w:t>年</w:t>
            </w:r>
          </w:p>
        </w:tc>
      </w:tr>
      <w:tr w:rsidR="002C1DBB" w:rsidRPr="007148BA" w14:paraId="6822453B" w14:textId="77777777">
        <w:trPr>
          <w:cantSplit/>
          <w:trHeight w:hRule="exact" w:val="480"/>
        </w:trPr>
        <w:tc>
          <w:tcPr>
            <w:tcW w:w="4306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5311D481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6E124176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42" w:type="dxa"/>
            <w:tcMar>
              <w:top w:w="12" w:type="dxa"/>
              <w:left w:w="16" w:type="dxa"/>
              <w:bottom w:w="12" w:type="dxa"/>
              <w:right w:w="16" w:type="dxa"/>
            </w:tcMar>
            <w:vAlign w:val="center"/>
          </w:tcPr>
          <w:p w14:paraId="4D663B96" w14:textId="77777777" w:rsidR="002C1DBB" w:rsidRPr="007148BA" w:rsidRDefault="002C1DBB">
            <w:pPr>
              <w:spacing w:line="199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6608BCBC" w14:textId="77777777" w:rsidR="002C1DBB" w:rsidRPr="007148BA" w:rsidRDefault="00CF2900">
            <w:pPr>
              <w:spacing w:line="174" w:lineRule="exact"/>
              <w:jc w:val="righ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5"/>
              </w:rPr>
              <w:t>年</w:t>
            </w:r>
          </w:p>
        </w:tc>
        <w:tc>
          <w:tcPr>
            <w:tcW w:w="871" w:type="dxa"/>
            <w:tcMar>
              <w:top w:w="0" w:type="dxa"/>
              <w:left w:w="0" w:type="dxa"/>
              <w:bottom w:w="20" w:type="dxa"/>
              <w:right w:w="40" w:type="dxa"/>
            </w:tcMar>
            <w:vAlign w:val="bottom"/>
          </w:tcPr>
          <w:p w14:paraId="783D70EE" w14:textId="77777777" w:rsidR="002C1DBB" w:rsidRPr="007148BA" w:rsidRDefault="00CF2900">
            <w:pPr>
              <w:spacing w:line="174" w:lineRule="exact"/>
              <w:jc w:val="right"/>
              <w:rPr>
                <w:rFonts w:asciiTheme="minorEastAsia" w:eastAsiaTheme="minorEastAsia" w:hAnsiTheme="minorEastAsia"/>
              </w:rPr>
            </w:pPr>
            <w:r w:rsidRPr="007148BA">
              <w:rPr>
                <w:rFonts w:asciiTheme="minorEastAsia" w:eastAsiaTheme="minorEastAsia" w:hAnsiTheme="minorEastAsia" w:cs="Arial"/>
                <w:sz w:val="15"/>
              </w:rPr>
              <w:t>年</w:t>
            </w:r>
          </w:p>
        </w:tc>
      </w:tr>
    </w:tbl>
    <w:p w14:paraId="05C6E27F" w14:textId="77777777" w:rsidR="00B674F0" w:rsidRDefault="00B674F0"/>
    <w:sectPr w:rsidR="00B674F0" w:rsidSect="002A43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709" w:right="1327" w:bottom="720" w:left="104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9B0CA" w14:textId="77777777" w:rsidR="00AE636D" w:rsidRDefault="00AE636D" w:rsidP="00DD21BE">
      <w:pPr>
        <w:spacing w:line="240" w:lineRule="auto"/>
      </w:pPr>
      <w:r>
        <w:separator/>
      </w:r>
    </w:p>
  </w:endnote>
  <w:endnote w:type="continuationSeparator" w:id="0">
    <w:p w14:paraId="7DBCCD40" w14:textId="77777777" w:rsidR="00AE636D" w:rsidRDefault="00AE636D" w:rsidP="00DD21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GP明朝B">
    <w:altName w:val="HGP明朝B"/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9BC76" w14:textId="77777777" w:rsidR="00120905" w:rsidRDefault="0012090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27A07" w14:textId="77777777" w:rsidR="00120905" w:rsidRDefault="0012090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D60D" w14:textId="77777777" w:rsidR="00120905" w:rsidRDefault="0012090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EC11C" w14:textId="77777777" w:rsidR="00AE636D" w:rsidRDefault="00AE636D" w:rsidP="00DD21BE">
      <w:pPr>
        <w:spacing w:line="240" w:lineRule="auto"/>
      </w:pPr>
      <w:r>
        <w:separator/>
      </w:r>
    </w:p>
  </w:footnote>
  <w:footnote w:type="continuationSeparator" w:id="0">
    <w:p w14:paraId="14DFB281" w14:textId="77777777" w:rsidR="00AE636D" w:rsidRDefault="00AE636D" w:rsidP="00DD21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830EA" w14:textId="77777777" w:rsidR="00120905" w:rsidRDefault="001209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C80A8" w14:textId="77777777" w:rsidR="00120905" w:rsidRDefault="00120905">
    <w:pPr>
      <w:pStyle w:val="a5"/>
      <w:rPr>
        <w:lang w:eastAsia="ja-JP"/>
      </w:rPr>
    </w:pPr>
  </w:p>
  <w:p w14:paraId="111F3D91" w14:textId="77777777" w:rsidR="00120905" w:rsidRDefault="00120905">
    <w:pPr>
      <w:pStyle w:val="a5"/>
      <w:rPr>
        <w:lang w:eastAsia="ja-JP"/>
      </w:rPr>
    </w:pPr>
  </w:p>
  <w:p w14:paraId="03970AC9" w14:textId="39807BEE" w:rsidR="00120905" w:rsidRDefault="00120905" w:rsidP="00120905">
    <w:pPr>
      <w:pStyle w:val="a5"/>
      <w:ind w:firstLineChars="4300" w:firstLine="7740"/>
      <w:rPr>
        <w:rFonts w:hint="eastAsia"/>
        <w:lang w:eastAsia="ja-JP"/>
      </w:rPr>
    </w:pPr>
    <w:proofErr w:type="spellStart"/>
    <w:r w:rsidRPr="00120905">
      <w:rPr>
        <w:rFonts w:hint="eastAsia"/>
      </w:rPr>
      <w:t>提出書類</w:t>
    </w:r>
    <w:proofErr w:type="spellEnd"/>
    <w:r w:rsidRPr="00120905">
      <w:rPr>
        <w:rFonts w:hint="eastAsia"/>
      </w:rPr>
      <w:t>－</w:t>
    </w:r>
    <w:r>
      <w:rPr>
        <w:rFonts w:hint="eastAsia"/>
        <w:lang w:eastAsia="ja-JP"/>
      </w:rPr>
      <w:t>外国人</w:t>
    </w:r>
    <w:r w:rsidRPr="00120905">
      <w:rPr>
        <w:rFonts w:hint="eastAsia"/>
      </w:rPr>
      <w:t>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21C2" w14:textId="77777777" w:rsidR="00120905" w:rsidRDefault="001209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4512727">
    <w:abstractNumId w:val="8"/>
  </w:num>
  <w:num w:numId="2" w16cid:durableId="39208911">
    <w:abstractNumId w:val="6"/>
  </w:num>
  <w:num w:numId="3" w16cid:durableId="1037848387">
    <w:abstractNumId w:val="5"/>
  </w:num>
  <w:num w:numId="4" w16cid:durableId="582766186">
    <w:abstractNumId w:val="4"/>
  </w:num>
  <w:num w:numId="5" w16cid:durableId="540090291">
    <w:abstractNumId w:val="7"/>
  </w:num>
  <w:num w:numId="6" w16cid:durableId="944196008">
    <w:abstractNumId w:val="3"/>
  </w:num>
  <w:num w:numId="7" w16cid:durableId="1475562684">
    <w:abstractNumId w:val="2"/>
  </w:num>
  <w:num w:numId="8" w16cid:durableId="1987391841">
    <w:abstractNumId w:val="1"/>
  </w:num>
  <w:num w:numId="9" w16cid:durableId="411396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BED"/>
    <w:rsid w:val="00034616"/>
    <w:rsid w:val="0003693B"/>
    <w:rsid w:val="00053D9E"/>
    <w:rsid w:val="0006063C"/>
    <w:rsid w:val="00095D9A"/>
    <w:rsid w:val="000E3277"/>
    <w:rsid w:val="00110916"/>
    <w:rsid w:val="00120905"/>
    <w:rsid w:val="00130E7D"/>
    <w:rsid w:val="0015074B"/>
    <w:rsid w:val="00216152"/>
    <w:rsid w:val="00235574"/>
    <w:rsid w:val="002744BE"/>
    <w:rsid w:val="00293F2B"/>
    <w:rsid w:val="0029639D"/>
    <w:rsid w:val="002A439F"/>
    <w:rsid w:val="002C1DBB"/>
    <w:rsid w:val="002D1AE2"/>
    <w:rsid w:val="00326F90"/>
    <w:rsid w:val="003816F1"/>
    <w:rsid w:val="00391FEF"/>
    <w:rsid w:val="00392186"/>
    <w:rsid w:val="003E7699"/>
    <w:rsid w:val="00435804"/>
    <w:rsid w:val="00534490"/>
    <w:rsid w:val="00546736"/>
    <w:rsid w:val="006C0376"/>
    <w:rsid w:val="007148BA"/>
    <w:rsid w:val="008239E9"/>
    <w:rsid w:val="00862EA1"/>
    <w:rsid w:val="008A2257"/>
    <w:rsid w:val="008C7D5C"/>
    <w:rsid w:val="00922E2C"/>
    <w:rsid w:val="009D3BB6"/>
    <w:rsid w:val="00A068A5"/>
    <w:rsid w:val="00A31795"/>
    <w:rsid w:val="00A31F5D"/>
    <w:rsid w:val="00A41DB0"/>
    <w:rsid w:val="00AA1D8D"/>
    <w:rsid w:val="00AE636D"/>
    <w:rsid w:val="00AF605A"/>
    <w:rsid w:val="00B22D6D"/>
    <w:rsid w:val="00B47730"/>
    <w:rsid w:val="00B674F0"/>
    <w:rsid w:val="00B70193"/>
    <w:rsid w:val="00B85773"/>
    <w:rsid w:val="00BA6F43"/>
    <w:rsid w:val="00BF1CB0"/>
    <w:rsid w:val="00C50907"/>
    <w:rsid w:val="00C61DC6"/>
    <w:rsid w:val="00C67E8B"/>
    <w:rsid w:val="00C9557B"/>
    <w:rsid w:val="00CA518C"/>
    <w:rsid w:val="00CB0664"/>
    <w:rsid w:val="00CE0291"/>
    <w:rsid w:val="00CF0347"/>
    <w:rsid w:val="00CF2900"/>
    <w:rsid w:val="00D345B0"/>
    <w:rsid w:val="00D74C45"/>
    <w:rsid w:val="00DA5376"/>
    <w:rsid w:val="00DB0D89"/>
    <w:rsid w:val="00DD21BE"/>
    <w:rsid w:val="00E8625E"/>
    <w:rsid w:val="00ED6EFA"/>
    <w:rsid w:val="00FC693F"/>
    <w:rsid w:val="00FE70C0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66E29"/>
  <w14:defaultImageDpi w14:val="300"/>
  <w15:docId w15:val="{FFDE270B-DDDC-4133-93D9-9DC802D0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Arial" w:eastAsia="ＭＳ Ｐゴシック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a1"/>
    <w:uiPriority w:val="1"/>
    <w:qFormat/>
    <w:rsid w:val="00CA518C"/>
    <w:pPr>
      <w:widowControl w:val="0"/>
      <w:autoSpaceDE w:val="0"/>
      <w:autoSpaceDN w:val="0"/>
      <w:spacing w:line="240" w:lineRule="auto"/>
    </w:pPr>
    <w:rPr>
      <w:rFonts w:ascii="HGP明朝B" w:eastAsia="HGP明朝B" w:hAnsi="HGP明朝B" w:cs="HGP明朝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5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履歴書（留学生）完全再構築版</vt:lpstr>
      <vt:lpstr/>
    </vt:vector>
  </TitlesOfParts>
  <Manager/>
  <Company/>
  <LinksUpToDate>false</LinksUpToDate>
  <CharactersWithSpaces>2516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履歴書（留学生）完全再構築版</dc:title>
  <dc:subject>元PDFを基に画像を使用せずWord表として再構築</dc:subject>
  <dc:creator>OpenAI</dc:creator>
  <cp:keywords/>
  <dc:description>All text and ruling lines are editable Word elements; no background images.</dc:description>
  <cp:lastModifiedBy>小林 みずほ</cp:lastModifiedBy>
  <cp:revision>42</cp:revision>
  <cp:lastPrinted>2026-07-29T05:32:00Z</cp:lastPrinted>
  <dcterms:created xsi:type="dcterms:W3CDTF">2013-12-23T23:15:00Z</dcterms:created>
  <dcterms:modified xsi:type="dcterms:W3CDTF">2026-07-30T07:00:00Z</dcterms:modified>
  <cp:category/>
</cp:coreProperties>
</file>