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2333"/>
      </w:tblGrid>
      <w:tr w:rsidR="002C1DBB" w:rsidRPr="00A068A5" w14:paraId="77B69610" w14:textId="77777777">
        <w:trPr>
          <w:cantSplit/>
          <w:trHeight w:hRule="exact" w:val="880"/>
        </w:trPr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5C8F" w14:textId="53AF617F" w:rsidR="002C1DBB" w:rsidRPr="00A068A5" w:rsidRDefault="00922E2C">
            <w:pPr>
              <w:spacing w:line="480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40"/>
                <w:lang w:eastAsia="ja-JP"/>
              </w:rPr>
              <w:t>履歴書</w:t>
            </w:r>
            <w:r w:rsidRPr="00A068A5">
              <w:rPr>
                <w:rFonts w:asciiTheme="minorEastAsia" w:eastAsiaTheme="minorEastAsia" w:hAnsiTheme="minorEastAsia" w:cs="Arial"/>
                <w:sz w:val="19"/>
                <w:lang w:eastAsia="ja-JP"/>
              </w:rPr>
              <w:t xml:space="preserve"> ※氏名、本国住所以外は日本語で記入すること。</w:t>
            </w:r>
          </w:p>
          <w:p w14:paraId="3473CCBE" w14:textId="77777777" w:rsidR="002C1DBB" w:rsidRPr="00A068A5" w:rsidRDefault="00CF2900">
            <w:pPr>
              <w:spacing w:line="200" w:lineRule="exact"/>
              <w:ind w:left="1440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Everything except Name and Address in Home country should be written in Japanese.</w:t>
            </w:r>
          </w:p>
        </w:tc>
        <w:tc>
          <w:tcPr>
            <w:tcW w:w="233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14:paraId="598252FD" w14:textId="5F57236E" w:rsidR="002C1DBB" w:rsidRPr="00A068A5" w:rsidRDefault="00922E2C">
            <w:pPr>
              <w:spacing w:line="165" w:lineRule="exact"/>
              <w:jc w:val="right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sz w:val="14"/>
              </w:rPr>
              <w:t>記入日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4"/>
              </w:rPr>
              <w:t>/Date of Input</w:t>
            </w:r>
          </w:p>
        </w:tc>
      </w:tr>
    </w:tbl>
    <w:p w14:paraId="32A7E211" w14:textId="7F533091" w:rsidR="002C1DBB" w:rsidRPr="00A068A5" w:rsidRDefault="002C1DBB">
      <w:pPr>
        <w:spacing w:line="20" w:lineRule="exact"/>
        <w:rPr>
          <w:rFonts w:asciiTheme="minorEastAsia" w:eastAsiaTheme="minorEastAsia" w:hAnsiTheme="minorEastAsia"/>
        </w:rPr>
      </w:pPr>
    </w:p>
    <w:tbl>
      <w:tblPr>
        <w:tblW w:w="9533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452"/>
        <w:gridCol w:w="1615"/>
        <w:gridCol w:w="1134"/>
        <w:gridCol w:w="851"/>
        <w:gridCol w:w="1344"/>
        <w:gridCol w:w="1685"/>
      </w:tblGrid>
      <w:tr w:rsidR="002C1DBB" w:rsidRPr="00A068A5" w14:paraId="39330883" w14:textId="77777777" w:rsidTr="00DD21BE">
        <w:trPr>
          <w:cantSplit/>
          <w:trHeight w:val="482"/>
          <w:jc w:val="right"/>
        </w:trPr>
        <w:tc>
          <w:tcPr>
            <w:tcW w:w="1452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D98828F" w14:textId="528C5B5D" w:rsidR="002C1DBB" w:rsidRPr="00A068A5" w:rsidRDefault="00CF2900">
            <w:pPr>
              <w:spacing w:line="245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2"/>
              </w:rPr>
              <w:t>氏名</w:t>
            </w:r>
            <w:proofErr w:type="spellEnd"/>
          </w:p>
          <w:p w14:paraId="0ED5A6BB" w14:textId="77777777" w:rsidR="002C1DBB" w:rsidRPr="00A068A5" w:rsidRDefault="00CF2900">
            <w:pPr>
              <w:spacing w:line="195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Full Name</w:t>
            </w: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6A144C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カタカナ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1998293" w14:textId="2CF71FFC" w:rsidR="002C1DBB" w:rsidRPr="00A068A5" w:rsidRDefault="002C1DBB" w:rsidP="008A2257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563AC8AF" w14:textId="77777777" w:rsidTr="00DD21BE">
        <w:trPr>
          <w:cantSplit/>
          <w:trHeight w:hRule="exact" w:val="72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5DA4B86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2904DE3" w14:textId="77777777" w:rsidR="002C1DBB" w:rsidRPr="00A068A5" w:rsidRDefault="00CF2900">
            <w:pPr>
              <w:spacing w:line="23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1"/>
              </w:rPr>
              <w:t>漢字</w:t>
            </w:r>
          </w:p>
          <w:p w14:paraId="0508E133" w14:textId="77777777" w:rsidR="002C1DBB" w:rsidRPr="00A068A5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(If any)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B40BF0" w14:textId="1F92C50A" w:rsidR="00922E2C" w:rsidRPr="00A068A5" w:rsidRDefault="00922E2C" w:rsidP="008A2257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  <w:lang w:eastAsia="ja-JP"/>
              </w:rPr>
            </w:pPr>
          </w:p>
        </w:tc>
      </w:tr>
      <w:tr w:rsidR="002C1DBB" w:rsidRPr="00A068A5" w14:paraId="52D88340" w14:textId="77777777" w:rsidTr="00DD21BE">
        <w:trPr>
          <w:cantSplit/>
          <w:trHeight w:hRule="exact" w:val="48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2831BAE4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6DB8416" w14:textId="77777777" w:rsidR="002C1DBB" w:rsidRPr="00A068A5" w:rsidRDefault="00CF2900">
            <w:pPr>
              <w:spacing w:line="23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1"/>
              </w:rPr>
              <w:t>英字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670FDD" w14:textId="5C9DD6D7" w:rsidR="002C1DBB" w:rsidRPr="00A068A5" w:rsidRDefault="002C1DBB" w:rsidP="006C0376">
            <w:pPr>
              <w:spacing w:line="240" w:lineRule="auto"/>
              <w:ind w:firstLineChars="100" w:firstLine="180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A068A5" w14:paraId="038C186E" w14:textId="77777777" w:rsidTr="00130E7D">
        <w:trPr>
          <w:cantSplit/>
          <w:trHeight w:val="691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73012BA" w14:textId="77777777" w:rsidR="002C1DBB" w:rsidRPr="00A068A5" w:rsidRDefault="00CF2900">
            <w:pPr>
              <w:spacing w:line="224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生年月日</w:t>
            </w:r>
            <w:proofErr w:type="spellEnd"/>
          </w:p>
          <w:p w14:paraId="6A4B59A9" w14:textId="77777777" w:rsidR="002C1DBB" w:rsidRPr="00A068A5" w:rsidRDefault="00CF2900">
            <w:pPr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Date of Birth</w:t>
            </w:r>
          </w:p>
        </w:tc>
        <w:tc>
          <w:tcPr>
            <w:tcW w:w="3067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7BB9E68" w14:textId="79B4C67A" w:rsidR="002C1DBB" w:rsidRPr="00A068A5" w:rsidRDefault="002C1DBB" w:rsidP="006C0376">
            <w:pPr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3B8D8D8" w14:textId="77777777" w:rsidR="002C1DBB" w:rsidRPr="00A068A5" w:rsidRDefault="00CF2900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国籍</w:t>
            </w:r>
          </w:p>
          <w:p w14:paraId="0563A0E0" w14:textId="77777777" w:rsidR="002C1DBB" w:rsidRPr="00A068A5" w:rsidRDefault="00CF2900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Nationality</w:t>
            </w:r>
          </w:p>
        </w:tc>
        <w:tc>
          <w:tcPr>
            <w:tcW w:w="388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1F7303" w14:textId="272F237E" w:rsidR="002C1DBB" w:rsidRPr="00A068A5" w:rsidRDefault="002C1DBB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36DDB64E" w14:textId="77777777" w:rsidTr="00130E7D">
        <w:trPr>
          <w:cantSplit/>
          <w:trHeight w:hRule="exact" w:val="1147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091DB60" w14:textId="77777777" w:rsidR="002C1DBB" w:rsidRPr="00A068A5" w:rsidRDefault="00CF2900">
            <w:pPr>
              <w:spacing w:line="222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本国の住所</w:t>
            </w:r>
            <w:proofErr w:type="spellEnd"/>
          </w:p>
          <w:p w14:paraId="6699BA2E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Address in</w:t>
            </w:r>
          </w:p>
          <w:p w14:paraId="32885B6A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Home Country</w:t>
            </w:r>
          </w:p>
        </w:tc>
        <w:tc>
          <w:tcPr>
            <w:tcW w:w="5052" w:type="dxa"/>
            <w:gridSpan w:val="4"/>
            <w:tcMar>
              <w:top w:w="0" w:type="dxa"/>
              <w:left w:w="20" w:type="dxa"/>
              <w:bottom w:w="40" w:type="dxa"/>
              <w:right w:w="40" w:type="dxa"/>
            </w:tcMar>
            <w:vAlign w:val="bottom"/>
          </w:tcPr>
          <w:p w14:paraId="3427D025" w14:textId="6C182807" w:rsidR="002C1DBB" w:rsidRPr="00A068A5" w:rsidRDefault="00CF2900" w:rsidP="00130E7D">
            <w:pPr>
              <w:spacing w:line="153" w:lineRule="exact"/>
              <w:ind w:right="520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h</w:t>
            </w:r>
          </w:p>
        </w:tc>
        <w:tc>
          <w:tcPr>
            <w:tcW w:w="134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668DEB9" w14:textId="10F76119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本国の連絡先</w:t>
            </w:r>
            <w:proofErr w:type="spellEnd"/>
          </w:p>
          <w:p w14:paraId="303563C2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Phone # in</w:t>
            </w:r>
          </w:p>
          <w:p w14:paraId="0B40C965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Home Country</w:t>
            </w:r>
          </w:p>
        </w:tc>
        <w:tc>
          <w:tcPr>
            <w:tcW w:w="168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F7AD8D8" w14:textId="574719BA" w:rsidR="002C1DBB" w:rsidRPr="00A068A5" w:rsidRDefault="002C1DBB" w:rsidP="00392186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2C1DBB" w:rsidRPr="00A068A5" w14:paraId="2E75F970" w14:textId="77777777" w:rsidTr="00053D9E">
        <w:trPr>
          <w:cantSplit/>
          <w:trHeight w:val="958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2A78E06" w14:textId="77777777" w:rsidR="002C1DBB" w:rsidRPr="00A068A5" w:rsidRDefault="00CF2900">
            <w:pPr>
              <w:spacing w:line="222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日本の住所</w:t>
            </w:r>
            <w:proofErr w:type="spellEnd"/>
          </w:p>
          <w:p w14:paraId="21006528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Address in</w:t>
            </w:r>
          </w:p>
          <w:p w14:paraId="27357571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</w:t>
            </w:r>
          </w:p>
        </w:tc>
        <w:tc>
          <w:tcPr>
            <w:tcW w:w="5052" w:type="dxa"/>
            <w:gridSpan w:val="4"/>
            <w:tcMar>
              <w:top w:w="20" w:type="dxa"/>
              <w:left w:w="40" w:type="dxa"/>
              <w:bottom w:w="0" w:type="dxa"/>
              <w:right w:w="0" w:type="dxa"/>
            </w:tcMar>
          </w:tcPr>
          <w:p w14:paraId="48E73596" w14:textId="56716546" w:rsidR="00053D9E" w:rsidRPr="00A068A5" w:rsidRDefault="00053D9E" w:rsidP="00053D9E">
            <w:pPr>
              <w:spacing w:line="240" w:lineRule="auto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34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FF848C" w14:textId="4066BA61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日本の連絡先</w:t>
            </w:r>
            <w:proofErr w:type="spellEnd"/>
          </w:p>
          <w:p w14:paraId="2D8CCC85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Phone # in</w:t>
            </w:r>
          </w:p>
          <w:p w14:paraId="0D8EE61B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</w:t>
            </w:r>
          </w:p>
        </w:tc>
        <w:tc>
          <w:tcPr>
            <w:tcW w:w="168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1E60D7" w14:textId="5DB2D29B" w:rsidR="002C1DBB" w:rsidRPr="00A068A5" w:rsidRDefault="002C1DBB" w:rsidP="00392186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2C1DBB" w:rsidRPr="00A068A5" w14:paraId="18EF3695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EF15A6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E-mail①</w:t>
            </w:r>
          </w:p>
        </w:tc>
        <w:tc>
          <w:tcPr>
            <w:tcW w:w="4201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1E8AF3" w14:textId="30465C93" w:rsidR="002C1DBB" w:rsidRPr="00A068A5" w:rsidRDefault="002C1DBB" w:rsidP="00216152">
            <w:pPr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FC559AD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E-mail②</w:t>
            </w:r>
          </w:p>
        </w:tc>
        <w:tc>
          <w:tcPr>
            <w:tcW w:w="3029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10E340B" w14:textId="165A4C32" w:rsidR="002C1DBB" w:rsidRPr="00A068A5" w:rsidRDefault="002C1DBB" w:rsidP="00216152">
            <w:pPr>
              <w:spacing w:line="240" w:lineRule="auto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A068A5" w14:paraId="4BA44FEF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C0DA888" w14:textId="77777777" w:rsidR="002C1DBB" w:rsidRPr="00A068A5" w:rsidRDefault="00CF2900">
            <w:pPr>
              <w:spacing w:line="203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</w:rPr>
              <w:t>来日年月日</w:t>
            </w:r>
            <w:proofErr w:type="spellEnd"/>
          </w:p>
          <w:p w14:paraId="23072371" w14:textId="77777777" w:rsidR="002C1DBB" w:rsidRPr="00A068A5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Date of Arrival</w:t>
            </w:r>
          </w:p>
          <w:p w14:paraId="63E76075" w14:textId="77777777" w:rsidR="002C1DBB" w:rsidRPr="00A068A5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in Japan</w:t>
            </w:r>
          </w:p>
        </w:tc>
        <w:tc>
          <w:tcPr>
            <w:tcW w:w="3067" w:type="dxa"/>
            <w:gridSpan w:val="2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6C45C1" w14:textId="7772BCE9" w:rsidR="002C1DBB" w:rsidRPr="00A068A5" w:rsidRDefault="002C1DBB" w:rsidP="00216152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BCC5CB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在留資格</w:t>
            </w:r>
            <w:proofErr w:type="spellEnd"/>
          </w:p>
          <w:p w14:paraId="16FCDDEE" w14:textId="77777777" w:rsidR="002C1DBB" w:rsidRPr="00A068A5" w:rsidRDefault="00CF2900">
            <w:pPr>
              <w:spacing w:line="15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Immigration Status</w:t>
            </w:r>
          </w:p>
        </w:tc>
        <w:tc>
          <w:tcPr>
            <w:tcW w:w="3880" w:type="dxa"/>
            <w:gridSpan w:val="3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14:paraId="7DDABD7D" w14:textId="0CB42EC4" w:rsidR="00216152" w:rsidRPr="00A068A5" w:rsidRDefault="00216152" w:rsidP="00FE70C0">
            <w:pPr>
              <w:spacing w:line="240" w:lineRule="auto"/>
              <w:ind w:right="680" w:firstLineChars="250" w:firstLine="1000"/>
              <w:rPr>
                <w:rFonts w:asciiTheme="minorEastAsia" w:eastAsiaTheme="minorEastAsia" w:hAnsiTheme="minorEastAsia" w:cs="Arial"/>
                <w:color w:val="FF0000"/>
                <w:sz w:val="40"/>
                <w:szCs w:val="40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</w:t>
            </w:r>
            <w:r w:rsidR="00CF2900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　</w:t>
            </w:r>
            <w:r w:rsidRPr="00A068A5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</w:t>
            </w:r>
            <w:r w:rsidRPr="00A068A5">
              <w:rPr>
                <w:rFonts w:asciiTheme="minorEastAsia" w:eastAsiaTheme="minorEastAsia" w:hAnsiTheme="minorEastAsia" w:cs="Arial"/>
                <w:szCs w:val="18"/>
              </w:rPr>
              <w:t>visa</w:t>
            </w:r>
          </w:p>
        </w:tc>
      </w:tr>
      <w:tr w:rsidR="002C1DBB" w:rsidRPr="00A068A5" w14:paraId="1ED12456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99B5079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67" w:type="dxa"/>
            <w:gridSpan w:val="2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66B2B31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64CCBE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在留期限</w:t>
            </w:r>
          </w:p>
          <w:p w14:paraId="7E0F7BF9" w14:textId="77777777" w:rsidR="002C1DBB" w:rsidRPr="00A068A5" w:rsidRDefault="00CF2900">
            <w:pPr>
              <w:spacing w:line="15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Date of Expiration</w:t>
            </w:r>
          </w:p>
        </w:tc>
        <w:tc>
          <w:tcPr>
            <w:tcW w:w="388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313EF53" w14:textId="07C64131" w:rsidR="002C1DBB" w:rsidRPr="00A068A5" w:rsidRDefault="002C1DBB" w:rsidP="00FE70C0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</w:tbl>
    <w:p w14:paraId="586BC145" w14:textId="6723244D" w:rsidR="002C1DBB" w:rsidRPr="00A068A5" w:rsidRDefault="002C1DBB">
      <w:pPr>
        <w:spacing w:line="48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757"/>
        <w:gridCol w:w="5472"/>
      </w:tblGrid>
      <w:tr w:rsidR="002C1DBB" w:rsidRPr="00A068A5" w14:paraId="64099E3A" w14:textId="77777777">
        <w:trPr>
          <w:cantSplit/>
          <w:trHeight w:hRule="exact" w:val="720"/>
        </w:trPr>
        <w:tc>
          <w:tcPr>
            <w:tcW w:w="9533" w:type="dxa"/>
            <w:gridSpan w:val="3"/>
            <w:tcMar>
              <w:top w:w="16" w:type="dxa"/>
              <w:left w:w="40" w:type="dxa"/>
              <w:bottom w:w="4" w:type="dxa"/>
              <w:right w:w="0" w:type="dxa"/>
            </w:tcMar>
            <w:vAlign w:val="center"/>
          </w:tcPr>
          <w:p w14:paraId="38E25F97" w14:textId="1B10B974" w:rsidR="002C1DBB" w:rsidRPr="00A068A5" w:rsidRDefault="003E7699">
            <w:pPr>
              <w:spacing w:line="398" w:lineRule="exact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cs="Arial" w:hint="eastAsia"/>
                <w:b/>
                <w:sz w:val="37"/>
                <w:lang w:eastAsia="ja-JP"/>
              </w:rPr>
              <w:t>日本語に関する試験結果</w:t>
            </w:r>
          </w:p>
          <w:p w14:paraId="5F79F06E" w14:textId="42827F94" w:rsidR="002C1DBB" w:rsidRPr="00A068A5" w:rsidRDefault="003E7699">
            <w:pPr>
              <w:spacing w:line="184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16"/>
                <w:lang w:eastAsia="ja-JP"/>
              </w:rPr>
              <w:t>Japanese</w:t>
            </w:r>
            <w:r>
              <w:rPr>
                <w:rFonts w:asciiTheme="minorEastAsia" w:eastAsiaTheme="minorEastAsia" w:hAnsiTheme="minorEastAsia" w:cs="Arial" w:hint="eastAsia"/>
                <w:sz w:val="16"/>
                <w:lang w:eastAsia="ja-JP"/>
              </w:rPr>
              <w:t xml:space="preserve"> Language Test Results </w:t>
            </w:r>
          </w:p>
        </w:tc>
      </w:tr>
      <w:tr w:rsidR="002C1DBB" w:rsidRPr="00A068A5" w14:paraId="28FE934B" w14:textId="77777777">
        <w:trPr>
          <w:cantSplit/>
          <w:trHeight w:hRule="exact" w:val="480"/>
        </w:trPr>
        <w:tc>
          <w:tcPr>
            <w:tcW w:w="2304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007F0FC" w14:textId="77777777" w:rsidR="002C1DBB" w:rsidRPr="00A068A5" w:rsidRDefault="00CF2900">
            <w:pPr>
              <w:spacing w:line="22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日本留学試験</w:t>
            </w:r>
          </w:p>
          <w:p w14:paraId="2BB4CC30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EJU</w:t>
            </w: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20A22B5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受験番号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9E2485A" w14:textId="5BBFA2BB" w:rsidR="002C1DBB" w:rsidRPr="00C50907" w:rsidRDefault="002C1DBB" w:rsidP="00C50907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16ABC4C3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49655B9E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0789F27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受験科目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7E8471" w14:textId="64E1A4AC" w:rsidR="002C1DBB" w:rsidRPr="00A068A5" w:rsidRDefault="00C50907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20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日本語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総合科目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数学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理科</w:t>
            </w:r>
            <w:proofErr w:type="spellEnd"/>
          </w:p>
        </w:tc>
      </w:tr>
      <w:tr w:rsidR="002C1DBB" w:rsidRPr="00A068A5" w14:paraId="62019695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6A81AEB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A1D9E6A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受験年月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D52F158" w14:textId="61D2C708" w:rsidR="002C1DBB" w:rsidRPr="00C50907" w:rsidRDefault="002C1DBB" w:rsidP="00C50907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56A0A1DA" w14:textId="77777777">
        <w:trPr>
          <w:cantSplit/>
          <w:trHeight w:hRule="exact" w:val="480"/>
        </w:trPr>
        <w:tc>
          <w:tcPr>
            <w:tcW w:w="2304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1FAB542" w14:textId="77777777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日本語能力試験</w:t>
            </w:r>
          </w:p>
          <w:p w14:paraId="3A088ABB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JLPT</w:t>
            </w: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4BEF52F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合格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D0F054" w14:textId="2430B482" w:rsidR="002C1DBB" w:rsidRPr="00A068A5" w:rsidRDefault="00C50907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点</w:t>
            </w:r>
          </w:p>
        </w:tc>
      </w:tr>
      <w:tr w:rsidR="002C1DBB" w:rsidRPr="00A068A5" w14:paraId="3F6F8951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B6E1224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8BAE922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受験年月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8EB982" w14:textId="430EA2E8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4F3C124" w14:textId="09701C86" w:rsidR="002C1DBB" w:rsidRPr="00A068A5" w:rsidRDefault="002C1DBB">
      <w:pPr>
        <w:spacing w:line="26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266"/>
        <w:gridCol w:w="1908"/>
        <w:gridCol w:w="1524"/>
        <w:gridCol w:w="600"/>
        <w:gridCol w:w="1280"/>
        <w:gridCol w:w="760"/>
        <w:gridCol w:w="1445"/>
      </w:tblGrid>
      <w:tr w:rsidR="002C1DBB" w:rsidRPr="00A068A5" w14:paraId="6B4873E2" w14:textId="77777777">
        <w:trPr>
          <w:cantSplit/>
          <w:trHeight w:hRule="exact" w:val="720"/>
        </w:trPr>
        <w:tc>
          <w:tcPr>
            <w:tcW w:w="9533" w:type="dxa"/>
            <w:gridSpan w:val="8"/>
            <w:tcMar>
              <w:top w:w="10" w:type="dxa"/>
              <w:left w:w="40" w:type="dxa"/>
              <w:bottom w:w="0" w:type="dxa"/>
              <w:right w:w="0" w:type="dxa"/>
            </w:tcMar>
            <w:vAlign w:val="center"/>
          </w:tcPr>
          <w:p w14:paraId="06455E52" w14:textId="2DFD932B" w:rsidR="002C1DBB" w:rsidRPr="00A068A5" w:rsidRDefault="00CF2900">
            <w:pPr>
              <w:spacing w:line="388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36"/>
                <w:lang w:eastAsia="ja-JP"/>
              </w:rPr>
              <w:t>日本語・日本での学習歴</w:t>
            </w:r>
          </w:p>
          <w:p w14:paraId="2E4013E8" w14:textId="77777777" w:rsidR="002C1DBB" w:rsidRPr="00A068A5" w:rsidRDefault="00CF2900">
            <w:pPr>
              <w:spacing w:line="178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Japanese Language Learning History and Study History in Japan</w:t>
            </w:r>
          </w:p>
        </w:tc>
      </w:tr>
      <w:tr w:rsidR="002C1DBB" w:rsidRPr="00A068A5" w14:paraId="3F7999F7" w14:textId="77777777">
        <w:trPr>
          <w:cantSplit/>
          <w:trHeight w:hRule="exact" w:val="960"/>
        </w:trPr>
        <w:tc>
          <w:tcPr>
            <w:tcW w:w="9533" w:type="dxa"/>
            <w:gridSpan w:val="8"/>
            <w:tcMar>
              <w:top w:w="4" w:type="dxa"/>
              <w:left w:w="20" w:type="dxa"/>
              <w:bottom w:w="0" w:type="dxa"/>
              <w:right w:w="0" w:type="dxa"/>
            </w:tcMar>
            <w:vAlign w:val="center"/>
          </w:tcPr>
          <w:p w14:paraId="5592A5AD" w14:textId="7A018CC9" w:rsidR="002C1DBB" w:rsidRPr="00A068A5" w:rsidRDefault="00CF2900">
            <w:pPr>
              <w:spacing w:line="176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母国および日本で通った日本語学校、および在留資格「留学」で通った日本の教育機関と、それぞれの在籍期間に</w:t>
            </w:r>
          </w:p>
          <w:p w14:paraId="75EAD25C" w14:textId="581B95DF" w:rsidR="002C1DBB" w:rsidRPr="00A068A5" w:rsidRDefault="00CF2900">
            <w:pPr>
              <w:spacing w:line="176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ついて教えてください。</w:t>
            </w:r>
          </w:p>
          <w:p w14:paraId="4C94FE92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Please list the Japanese language schools you attended in your home country and in Japan, as well as any educational</w:t>
            </w:r>
          </w:p>
          <w:p w14:paraId="0AF6F74A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institutions you attended in Japan under the "Student" visa, and specify the period of attendance for each.</w:t>
            </w:r>
          </w:p>
        </w:tc>
      </w:tr>
      <w:tr w:rsidR="002C1DBB" w:rsidRPr="00A068A5" w14:paraId="1800098B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7146888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所在地</w:t>
            </w:r>
          </w:p>
          <w:p w14:paraId="24FAEE0B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Country of school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98ADE28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学校名</w:t>
            </w:r>
          </w:p>
          <w:p w14:paraId="6F798D47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Name of school</w:t>
            </w: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52DDA73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在籍期間</w:t>
            </w:r>
          </w:p>
          <w:p w14:paraId="6B2238C7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Enrollment Period</w:t>
            </w: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AE923AE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在籍年数</w:t>
            </w:r>
          </w:p>
          <w:p w14:paraId="7D0A8793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Years Attended</w:t>
            </w:r>
          </w:p>
        </w:tc>
      </w:tr>
      <w:tr w:rsidR="002C1DBB" w:rsidRPr="00A068A5" w14:paraId="25777C82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547AC5C7" w14:textId="4FAA4220" w:rsidR="002C1DBB" w:rsidRPr="00A068A5" w:rsidRDefault="00A31795">
            <w:pPr>
              <w:spacing w:line="19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日本以外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7"/>
              </w:rPr>
              <w:t>／□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</w:t>
            </w:r>
            <w:proofErr w:type="spellEnd"/>
          </w:p>
          <w:p w14:paraId="05024A8C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Outside Japan/In Japan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3F29BE0" w14:textId="51B7AE4D" w:rsidR="002C1DBB" w:rsidRPr="00A31795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D52B0FF" w14:textId="0EA6904D" w:rsidR="002C1DBB" w:rsidRPr="00CF0347" w:rsidRDefault="002C1DBB" w:rsidP="00A3179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22"/>
              </w:rPr>
            </w:pP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85D118E" w14:textId="26FA82A9" w:rsidR="002C1DBB" w:rsidRPr="00A068A5" w:rsidRDefault="00A31795" w:rsidP="00CF034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 xml:space="preserve">　 ヵ月</w:t>
            </w:r>
          </w:p>
        </w:tc>
      </w:tr>
      <w:tr w:rsidR="002C1DBB" w:rsidRPr="00A068A5" w14:paraId="2512061A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73F04DE2" w14:textId="1533C2D0" w:rsidR="002C1DBB" w:rsidRPr="00A068A5" w:rsidRDefault="00CF2900">
            <w:pPr>
              <w:spacing w:line="19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日本以外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7"/>
              </w:rPr>
              <w:t>／□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</w:t>
            </w:r>
            <w:proofErr w:type="spellEnd"/>
          </w:p>
          <w:p w14:paraId="64E8BBF4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Outside Japan/In Japan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F7F6C5C" w14:textId="1D6201E5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66CF4C3" w14:textId="77777777" w:rsidR="002C1DBB" w:rsidRPr="00A068A5" w:rsidRDefault="00CF2900">
            <w:pPr>
              <w:spacing w:line="19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年　 月～　 年　 月</w:t>
            </w: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CF6D9E4" w14:textId="77777777" w:rsidR="002C1DBB" w:rsidRPr="00A068A5" w:rsidRDefault="00CF2900">
            <w:pPr>
              <w:spacing w:line="19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年　 ヵ月</w:t>
            </w:r>
          </w:p>
        </w:tc>
      </w:tr>
      <w:tr w:rsidR="002C1DBB" w:rsidRPr="00A068A5" w14:paraId="114ADC2F" w14:textId="77777777">
        <w:trPr>
          <w:cantSplit/>
          <w:trHeight w:hRule="exact" w:val="560"/>
        </w:trPr>
        <w:tc>
          <w:tcPr>
            <w:tcW w:w="9533" w:type="dxa"/>
            <w:gridSpan w:val="8"/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14:paraId="3F80DA1A" w14:textId="28BA0704" w:rsidR="002C1DBB" w:rsidRPr="00A068A5" w:rsidRDefault="00CF2900">
            <w:pPr>
              <w:spacing w:line="170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日本語能力試験以外の試験や検定を受けたことがある場合は、スコアと受験年月を教えてください。</w:t>
            </w:r>
          </w:p>
          <w:p w14:paraId="4D3BFC4C" w14:textId="77777777" w:rsidR="002C1DBB" w:rsidRPr="00A068A5" w:rsidRDefault="00CF2900">
            <w:pPr>
              <w:spacing w:line="15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Please write the date and score of any other Japanese proficiency exams or tests other than JLPT.</w:t>
            </w:r>
          </w:p>
        </w:tc>
      </w:tr>
      <w:tr w:rsidR="002C1DBB" w:rsidRPr="00A068A5" w14:paraId="221D1B5F" w14:textId="77777777" w:rsidTr="00CE0291">
        <w:trPr>
          <w:cantSplit/>
          <w:trHeight w:hRule="exact" w:val="403"/>
        </w:trPr>
        <w:tc>
          <w:tcPr>
            <w:tcW w:w="1750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FEDB21D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6"/>
              </w:rPr>
              <w:t>試験・検定名</w:t>
            </w:r>
            <w:proofErr w:type="spellEnd"/>
          </w:p>
        </w:tc>
        <w:tc>
          <w:tcPr>
            <w:tcW w:w="2174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D707D5" w14:textId="48D3B618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54559D" w14:textId="77777777" w:rsidR="002C1DBB" w:rsidRPr="00A068A5" w:rsidRDefault="00CF2900">
            <w:pPr>
              <w:spacing w:line="182" w:lineRule="exact"/>
              <w:jc w:val="righ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点</w:t>
            </w:r>
          </w:p>
        </w:tc>
        <w:tc>
          <w:tcPr>
            <w:tcW w:w="1280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653CB3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6"/>
              </w:rPr>
              <w:t>受験年月</w:t>
            </w:r>
          </w:p>
        </w:tc>
        <w:tc>
          <w:tcPr>
            <w:tcW w:w="2205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D6A8F9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年　　　月</w:t>
            </w:r>
          </w:p>
        </w:tc>
      </w:tr>
    </w:tbl>
    <w:p w14:paraId="51AFC6DB" w14:textId="2B5E0DDD" w:rsidR="002C1DBB" w:rsidRDefault="002C1DBB">
      <w:pPr>
        <w:spacing w:line="260" w:lineRule="exact"/>
        <w:rPr>
          <w:lang w:eastAsia="ja-JP"/>
        </w:rPr>
      </w:pPr>
    </w:p>
    <w:p w14:paraId="5F6C9400" w14:textId="77777777" w:rsidR="002C1DBB" w:rsidRDefault="002C1DBB">
      <w:pPr>
        <w:spacing w:line="20" w:lineRule="exact"/>
        <w:rPr>
          <w:lang w:eastAsia="ja-JP"/>
        </w:rPr>
      </w:pPr>
    </w:p>
    <w:tbl>
      <w:tblPr>
        <w:tblW w:w="9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2614"/>
        <w:gridCol w:w="1678"/>
        <w:gridCol w:w="1786"/>
        <w:gridCol w:w="893"/>
        <w:gridCol w:w="949"/>
      </w:tblGrid>
      <w:tr w:rsidR="002C1DBB" w:rsidRPr="007148BA" w14:paraId="4C390267" w14:textId="77777777" w:rsidTr="00B85773">
        <w:trPr>
          <w:cantSplit/>
          <w:trHeight w:hRule="exact" w:val="960"/>
        </w:trPr>
        <w:tc>
          <w:tcPr>
            <w:tcW w:w="9669" w:type="dxa"/>
            <w:gridSpan w:val="6"/>
            <w:tcMar>
              <w:top w:w="10" w:type="dxa"/>
              <w:left w:w="30" w:type="dxa"/>
              <w:bottom w:w="0" w:type="dxa"/>
              <w:right w:w="0" w:type="dxa"/>
            </w:tcMar>
            <w:vAlign w:val="center"/>
          </w:tcPr>
          <w:p w14:paraId="6376B909" w14:textId="77777777" w:rsidR="002C1DBB" w:rsidRPr="007148BA" w:rsidRDefault="00CF2900">
            <w:pPr>
              <w:spacing w:line="390" w:lineRule="exact"/>
              <w:rPr>
                <w:rFonts w:asciiTheme="minorEastAsia" w:eastAsiaTheme="minorEastAsia" w:hAnsiTheme="minorEastAsia"/>
              </w:rPr>
            </w:pPr>
            <w:proofErr w:type="spellStart"/>
            <w:r w:rsidRPr="007148BA">
              <w:rPr>
                <w:rFonts w:asciiTheme="minorEastAsia" w:eastAsiaTheme="minorEastAsia" w:hAnsiTheme="minorEastAsia" w:cs="Arial"/>
                <w:b/>
                <w:sz w:val="35"/>
              </w:rPr>
              <w:t>学歴</w:t>
            </w:r>
            <w:proofErr w:type="spellEnd"/>
            <w:r w:rsidRPr="007148BA">
              <w:rPr>
                <w:rFonts w:asciiTheme="minorEastAsia" w:eastAsiaTheme="minorEastAsia" w:hAnsiTheme="minorEastAsia" w:cs="Arial"/>
                <w:sz w:val="20"/>
              </w:rPr>
              <w:t xml:space="preserve">　 Educational Background</w:t>
            </w:r>
          </w:p>
          <w:p w14:paraId="5CA583D5" w14:textId="77777777" w:rsidR="002C1DBB" w:rsidRPr="007148BA" w:rsidRDefault="00CF2900">
            <w:pPr>
              <w:spacing w:line="188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7"/>
              </w:rPr>
              <w:t>Please list in chronological order all schools attended during the12-year education period, universities</w:t>
            </w:r>
          </w:p>
          <w:p w14:paraId="54BF5BFE" w14:textId="77777777" w:rsidR="002C1DBB" w:rsidRPr="007148BA" w:rsidRDefault="00CF2900">
            <w:pPr>
              <w:spacing w:line="188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7"/>
              </w:rPr>
              <w:t>you have attended, and any degree(s) you have been awarded.</w:t>
            </w:r>
          </w:p>
        </w:tc>
      </w:tr>
      <w:tr w:rsidR="002C1DBB" w:rsidRPr="007148BA" w14:paraId="255C5356" w14:textId="77777777" w:rsidTr="00B85773">
        <w:trPr>
          <w:cantSplit/>
          <w:trHeight w:hRule="exact" w:val="480"/>
        </w:trPr>
        <w:tc>
          <w:tcPr>
            <w:tcW w:w="1749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21E0F2C" w14:textId="77777777" w:rsidR="002C1DBB" w:rsidRPr="007148BA" w:rsidRDefault="002C1DBB">
            <w:pPr>
              <w:spacing w:line="31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638D817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学校名/所属</w:t>
            </w:r>
          </w:p>
          <w:p w14:paraId="1DC69A50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Name of School/Faculty-Department</w:t>
            </w: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71AAC21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所在地</w:t>
            </w:r>
          </w:p>
          <w:p w14:paraId="054A4941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Location (Name of City)</w:t>
            </w:r>
          </w:p>
        </w:tc>
        <w:tc>
          <w:tcPr>
            <w:tcW w:w="178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DE8FF3C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在学期間</w:t>
            </w:r>
          </w:p>
          <w:p w14:paraId="3E945240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Enrollment Period</w:t>
            </w:r>
          </w:p>
        </w:tc>
        <w:tc>
          <w:tcPr>
            <w:tcW w:w="893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243698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年数</w:t>
            </w:r>
          </w:p>
          <w:p w14:paraId="174F3ACA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Years attended</w:t>
            </w:r>
          </w:p>
        </w:tc>
        <w:tc>
          <w:tcPr>
            <w:tcW w:w="949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58F1B7E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学位</w:t>
            </w:r>
          </w:p>
          <w:p w14:paraId="6E1E8EE2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Degree</w:t>
            </w:r>
          </w:p>
        </w:tc>
      </w:tr>
      <w:tr w:rsidR="002C1DBB" w:rsidRPr="007148BA" w14:paraId="4E852FF7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1F5DEFC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初等教育</w:t>
            </w:r>
          </w:p>
          <w:p w14:paraId="30785419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Elementary Education</w:t>
            </w:r>
          </w:p>
          <w:p w14:paraId="133F01CD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(Primary school)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334CA38" w14:textId="73735912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B3EC1C0" w14:textId="2B2CF2EA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91E68B9" w14:textId="7F1C23D4" w:rsidR="007148BA" w:rsidRPr="007148BA" w:rsidRDefault="00CF2900" w:rsidP="007148BA">
            <w:pPr>
              <w:spacing w:line="245" w:lineRule="exact"/>
              <w:rPr>
                <w:rFonts w:asciiTheme="minorEastAsia" w:eastAsiaTheme="minorEastAsia" w:hAnsiTheme="minorEastAsia" w:cs="Arial"/>
                <w:color w:val="FF0000"/>
                <w:sz w:val="13"/>
                <w:lang w:eastAsia="ja-JP"/>
              </w:rPr>
            </w:pPr>
            <w:r w:rsidRPr="00BA6F43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  <w:r w:rsidRPr="007148BA">
              <w:rPr>
                <w:rFonts w:asciiTheme="minorEastAsia" w:eastAsiaTheme="minorEastAsia" w:hAnsiTheme="minorEastAsia" w:cs="Arial"/>
                <w:color w:val="FF0000"/>
                <w:sz w:val="13"/>
                <w:lang w:eastAsia="ja-JP"/>
              </w:rPr>
              <w:t xml:space="preserve"> </w:t>
            </w:r>
          </w:p>
          <w:p w14:paraId="0F9033AB" w14:textId="4F9242ED" w:rsidR="002C1DBB" w:rsidRPr="007148BA" w:rsidRDefault="00CF2900" w:rsidP="007148BA">
            <w:pPr>
              <w:spacing w:line="245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</w:t>
            </w:r>
            <w:r w:rsidRPr="00BA6F43">
              <w:rPr>
                <w:rFonts w:asciiTheme="minorEastAsia" w:eastAsiaTheme="minorEastAsia" w:hAnsiTheme="minorEastAsia" w:cs="Arial"/>
                <w:sz w:val="13"/>
              </w:rPr>
              <w:t>ro</w:t>
            </w:r>
            <w:r w:rsidRPr="007148BA">
              <w:rPr>
                <w:rFonts w:asciiTheme="minorEastAsia" w:eastAsiaTheme="minorEastAsia" w:hAnsiTheme="minorEastAsia" w:cs="Arial"/>
                <w:sz w:val="13"/>
              </w:rPr>
              <w:t>m    year   month</w:t>
            </w:r>
          </w:p>
          <w:p w14:paraId="2A1AD940" w14:textId="6BA41D2C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  <w:color w:val="FF0000"/>
                <w:lang w:eastAsia="ja-JP"/>
              </w:rPr>
            </w:pPr>
            <w:r w:rsidRPr="00BA6F43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630D3394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80B1F9" w14:textId="12001E58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3864F0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7148BA" w14:paraId="41FF62EA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68DFC5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0162E67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DFF2A58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1082E6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11EA489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63EEC042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59529F28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1B0B30C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2D1B45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1F0984B2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D827C87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中等教育</w:t>
            </w:r>
          </w:p>
          <w:p w14:paraId="11F04FDD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Secondary Education</w:t>
            </w:r>
          </w:p>
          <w:p w14:paraId="4B349ED6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(Junior High</w:t>
            </w:r>
          </w:p>
          <w:p w14:paraId="3CBE5182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and High school)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C49B2ED" w14:textId="2998C51A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26231F8" w14:textId="25360F11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C23EB4E" w14:textId="7CF1CB6B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390704F9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5D56A530" w14:textId="6315B43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600C0F6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9B7007D" w14:textId="02C48F21" w:rsidR="00BA6F43" w:rsidRPr="007148BA" w:rsidRDefault="00BA6F43" w:rsidP="00CF2900">
            <w:pPr>
              <w:spacing w:line="240" w:lineRule="auto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9A85BE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7148BA" w14:paraId="50E9A4ED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4B345CC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2D74BE1" w14:textId="64CE3396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886C292" w14:textId="25ECD75E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4E3079F" w14:textId="52AF94FF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4A83B87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45005893" w14:textId="4695FAD5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  <w:r w:rsidRPr="007148BA">
              <w:rPr>
                <w:rFonts w:asciiTheme="minorEastAsia" w:eastAsiaTheme="minorEastAsia" w:hAnsiTheme="minorEastAsia"/>
              </w:rPr>
              <w:t xml:space="preserve"> </w:t>
            </w:r>
          </w:p>
          <w:p w14:paraId="3952D186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393CDE84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F3149D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734077C9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E68F563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高等教育</w:t>
            </w:r>
          </w:p>
          <w:p w14:paraId="0B9A8FEA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Higher Education</w:t>
            </w:r>
          </w:p>
          <w:p w14:paraId="438FB94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(University and College)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BC3DE9D" w14:textId="559DE3B9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440169C" w14:textId="0A0F02F9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9B035F7" w14:textId="591E30CC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8130FAA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5E4C9272" w14:textId="63BE6A5B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  <w:r w:rsidRPr="007148BA">
              <w:rPr>
                <w:rFonts w:asciiTheme="minorEastAsia" w:eastAsiaTheme="minorEastAsia" w:hAnsiTheme="minorEastAsia"/>
              </w:rPr>
              <w:t xml:space="preserve"> </w:t>
            </w:r>
          </w:p>
          <w:p w14:paraId="3A9B0744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728C19" w14:textId="1B030F89" w:rsidR="002C1DBB" w:rsidRPr="00FF7349" w:rsidRDefault="002C1DBB" w:rsidP="00FF7349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D759777" w14:textId="5F77B284" w:rsidR="002C1DBB" w:rsidRPr="00B85773" w:rsidRDefault="002C1DBB" w:rsidP="00B85773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7148BA" w14:paraId="04863E9A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B4045C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BC151D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26D4C39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611D324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64DDDAE7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E23C40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2D253BC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8723FD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2207139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6C42FCAE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D1C51C5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その他 ※1</w:t>
            </w:r>
          </w:p>
          <w:p w14:paraId="3279B26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Other educational</w:t>
            </w:r>
          </w:p>
          <w:p w14:paraId="01BE1055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institutions</w:t>
            </w:r>
          </w:p>
          <w:p w14:paraId="73854A7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(Please refer to ※1)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86C34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FE319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1C0590C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B25053E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646D3D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063ADC45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B20F6C5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A7A3C7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3B9E2EAD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0E494EC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C32095C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69DF047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417B62C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2CB4A2C8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8D5A29B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26CBE6E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765260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E70775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E716B01" w14:textId="77777777" w:rsidR="002C1DBB" w:rsidRPr="007148BA" w:rsidRDefault="00CF2900">
      <w:pPr>
        <w:spacing w:line="240" w:lineRule="exact"/>
        <w:rPr>
          <w:rFonts w:asciiTheme="minorEastAsia" w:eastAsiaTheme="minorEastAsia" w:hAnsiTheme="minorEastAsia"/>
          <w:lang w:eastAsia="ja-JP"/>
        </w:rPr>
      </w:pPr>
      <w:r w:rsidRPr="007148BA">
        <w:rPr>
          <w:rFonts w:asciiTheme="minorEastAsia" w:eastAsiaTheme="minorEastAsia" w:hAnsiTheme="minorEastAsia" w:cs="Arial"/>
          <w:b/>
          <w:sz w:val="17"/>
          <w:lang w:eastAsia="ja-JP"/>
        </w:rPr>
        <w:t>※1 入学試験要項「2.出願資格」の(2)③に該当する場合、その教育施設を記入する。</w:t>
      </w:r>
    </w:p>
    <w:p w14:paraId="2022DC22" w14:textId="77777777" w:rsidR="002C1DBB" w:rsidRPr="007148BA" w:rsidRDefault="00CF2900">
      <w:pPr>
        <w:spacing w:line="240" w:lineRule="exact"/>
        <w:rPr>
          <w:rFonts w:asciiTheme="minorEastAsia" w:eastAsiaTheme="minorEastAsia" w:hAnsiTheme="minorEastAsia"/>
        </w:rPr>
      </w:pPr>
      <w:r w:rsidRPr="007148BA">
        <w:rPr>
          <w:rFonts w:asciiTheme="minorEastAsia" w:eastAsiaTheme="minorEastAsia" w:hAnsiTheme="minorEastAsia" w:cs="Arial"/>
          <w:sz w:val="16"/>
        </w:rPr>
        <w:t>※1 If the school(s) you attended is listed under (2)③ in the application guidelines, please input details.</w:t>
      </w:r>
    </w:p>
    <w:p w14:paraId="7463C4DD" w14:textId="77777777" w:rsidR="002C1DBB" w:rsidRPr="007148BA" w:rsidRDefault="002C1DBB">
      <w:pPr>
        <w:spacing w:line="44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7"/>
        <w:gridCol w:w="1742"/>
        <w:gridCol w:w="1742"/>
        <w:gridCol w:w="871"/>
        <w:gridCol w:w="871"/>
      </w:tblGrid>
      <w:tr w:rsidR="002C1DBB" w:rsidRPr="007148BA" w14:paraId="15DF5F4E" w14:textId="77777777">
        <w:trPr>
          <w:cantSplit/>
          <w:trHeight w:hRule="exact" w:val="480"/>
        </w:trPr>
        <w:tc>
          <w:tcPr>
            <w:tcW w:w="9532" w:type="dxa"/>
            <w:gridSpan w:val="5"/>
            <w:tcMar>
              <w:top w:w="4" w:type="dxa"/>
              <w:left w:w="30" w:type="dxa"/>
              <w:bottom w:w="0" w:type="dxa"/>
              <w:right w:w="0" w:type="dxa"/>
            </w:tcMar>
            <w:vAlign w:val="center"/>
          </w:tcPr>
          <w:p w14:paraId="32843B30" w14:textId="77777777" w:rsidR="002C1DBB" w:rsidRPr="007148BA" w:rsidRDefault="00CF2900">
            <w:pPr>
              <w:spacing w:line="380" w:lineRule="exact"/>
              <w:rPr>
                <w:rFonts w:asciiTheme="minorEastAsia" w:eastAsiaTheme="minorEastAsia" w:hAnsiTheme="minorEastAsia"/>
              </w:rPr>
            </w:pPr>
            <w:proofErr w:type="spellStart"/>
            <w:r w:rsidRPr="007148BA">
              <w:rPr>
                <w:rFonts w:asciiTheme="minorEastAsia" w:eastAsiaTheme="minorEastAsia" w:hAnsiTheme="minorEastAsia" w:cs="Arial"/>
                <w:b/>
                <w:sz w:val="34"/>
              </w:rPr>
              <w:t>職歴</w:t>
            </w:r>
            <w:proofErr w:type="spellEnd"/>
            <w:r w:rsidRPr="007148BA">
              <w:rPr>
                <w:rFonts w:asciiTheme="minorEastAsia" w:eastAsiaTheme="minorEastAsia" w:hAnsiTheme="minorEastAsia" w:cs="Arial"/>
                <w:sz w:val="20"/>
              </w:rPr>
              <w:t xml:space="preserve">　 Occupational Experience</w:t>
            </w:r>
          </w:p>
        </w:tc>
      </w:tr>
      <w:tr w:rsidR="002C1DBB" w:rsidRPr="007148BA" w14:paraId="650CA632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57F606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会社名</w:t>
            </w:r>
          </w:p>
          <w:p w14:paraId="0A8610FC" w14:textId="77777777" w:rsidR="002C1DBB" w:rsidRPr="007148BA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6"/>
              </w:rPr>
              <w:t>Name of Company/Employer</w:t>
            </w: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4464DFD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所在地</w:t>
            </w:r>
          </w:p>
          <w:p w14:paraId="282AD6D3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Location (Name of City)</w:t>
            </w: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E80366B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職種</w:t>
            </w:r>
          </w:p>
          <w:p w14:paraId="67B47193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Type of Work</w:t>
            </w:r>
          </w:p>
        </w:tc>
        <w:tc>
          <w:tcPr>
            <w:tcW w:w="174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075F1EB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期間 Period</w:t>
            </w:r>
          </w:p>
          <w:p w14:paraId="17CE6BDC" w14:textId="77777777" w:rsidR="002C1DBB" w:rsidRPr="007148BA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自 From　 至 To</w:t>
            </w:r>
          </w:p>
        </w:tc>
      </w:tr>
      <w:tr w:rsidR="002C1DBB" w:rsidRPr="007148BA" w14:paraId="36D64F67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150ACBF" w14:textId="0E085131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FFFA64" w14:textId="701F731B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D35DAD2" w14:textId="018FB664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561873F1" w14:textId="0154DD3E" w:rsidR="002C1DBB" w:rsidRPr="00391FEF" w:rsidRDefault="00391FEF" w:rsidP="00391FEF">
            <w:pPr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FF0000"/>
                <w:szCs w:val="18"/>
              </w:rPr>
            </w:pPr>
            <w:r w:rsidRPr="00391FEF">
              <w:rPr>
                <w:rFonts w:asciiTheme="minorEastAsia" w:eastAsiaTheme="minorEastAsia" w:hAnsiTheme="minorEastAsia" w:cs="Arial"/>
                <w:color w:val="000000" w:themeColor="text1"/>
                <w:szCs w:val="18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0324D399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15EB1722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6B0EC73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6BD3F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FAE881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55A69A8A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38379F8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5EB4A459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6E3268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349E535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4EAE5EA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02831CAD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AEFDB15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6822453B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311D481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E12417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D663B9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6608BCBC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83D70EE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</w:tbl>
    <w:p w14:paraId="05C6E27F" w14:textId="77777777" w:rsidR="00B674F0" w:rsidRDefault="00B674F0"/>
    <w:sectPr w:rsidR="00B674F0" w:rsidSect="002A439F">
      <w:headerReference w:type="default" r:id="rId8"/>
      <w:pgSz w:w="11904" w:h="16840"/>
      <w:pgMar w:top="709" w:right="1327" w:bottom="720" w:left="104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B0CA" w14:textId="77777777" w:rsidR="00AE636D" w:rsidRDefault="00AE636D" w:rsidP="00DD21BE">
      <w:pPr>
        <w:spacing w:line="240" w:lineRule="auto"/>
      </w:pPr>
      <w:r>
        <w:separator/>
      </w:r>
    </w:p>
  </w:endnote>
  <w:endnote w:type="continuationSeparator" w:id="0">
    <w:p w14:paraId="7DBCCD40" w14:textId="77777777" w:rsidR="00AE636D" w:rsidRDefault="00AE636D" w:rsidP="00DD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P明朝B">
    <w:altName w:val="HGP明朝B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C11C" w14:textId="77777777" w:rsidR="00AE636D" w:rsidRDefault="00AE636D" w:rsidP="00DD21BE">
      <w:pPr>
        <w:spacing w:line="240" w:lineRule="auto"/>
      </w:pPr>
      <w:r>
        <w:separator/>
      </w:r>
    </w:p>
  </w:footnote>
  <w:footnote w:type="continuationSeparator" w:id="0">
    <w:p w14:paraId="14DFB281" w14:textId="77777777" w:rsidR="00AE636D" w:rsidRDefault="00AE636D" w:rsidP="00DD21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80A8" w14:textId="77777777" w:rsidR="00120905" w:rsidRDefault="00120905">
    <w:pPr>
      <w:pStyle w:val="a5"/>
      <w:rPr>
        <w:lang w:eastAsia="ja-JP"/>
      </w:rPr>
    </w:pPr>
  </w:p>
  <w:p w14:paraId="111F3D91" w14:textId="77777777" w:rsidR="00120905" w:rsidRDefault="00120905">
    <w:pPr>
      <w:pStyle w:val="a5"/>
      <w:rPr>
        <w:lang w:eastAsia="ja-JP"/>
      </w:rPr>
    </w:pPr>
  </w:p>
  <w:p w14:paraId="03970AC9" w14:textId="1E25DFF8" w:rsidR="00120905" w:rsidRDefault="00120905" w:rsidP="00120905">
    <w:pPr>
      <w:pStyle w:val="a5"/>
      <w:ind w:firstLineChars="4300" w:firstLine="7740"/>
      <w:rPr>
        <w:lang w:eastAsia="ja-JP"/>
      </w:rPr>
    </w:pPr>
    <w:proofErr w:type="spellStart"/>
    <w:r w:rsidRPr="00120905">
      <w:rPr>
        <w:rFonts w:hint="eastAsia"/>
      </w:rPr>
      <w:t>提出書類</w:t>
    </w:r>
    <w:proofErr w:type="spellEnd"/>
    <w:r w:rsidRPr="00120905">
      <w:rPr>
        <w:rFonts w:hint="eastAsia"/>
      </w:rPr>
      <w:t>－</w:t>
    </w:r>
    <w:r w:rsidR="00104498">
      <w:rPr>
        <w:rFonts w:hint="eastAsia"/>
        <w:lang w:eastAsia="ja-JP"/>
      </w:rPr>
      <w:t>一般</w:t>
    </w:r>
    <w:r w:rsidRPr="00120905">
      <w:rPr>
        <w:rFonts w:hint="eastAsia"/>
      </w:rPr>
      <w:t>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4512727">
    <w:abstractNumId w:val="8"/>
  </w:num>
  <w:num w:numId="2" w16cid:durableId="39208911">
    <w:abstractNumId w:val="6"/>
  </w:num>
  <w:num w:numId="3" w16cid:durableId="1037848387">
    <w:abstractNumId w:val="5"/>
  </w:num>
  <w:num w:numId="4" w16cid:durableId="582766186">
    <w:abstractNumId w:val="4"/>
  </w:num>
  <w:num w:numId="5" w16cid:durableId="540090291">
    <w:abstractNumId w:val="7"/>
  </w:num>
  <w:num w:numId="6" w16cid:durableId="944196008">
    <w:abstractNumId w:val="3"/>
  </w:num>
  <w:num w:numId="7" w16cid:durableId="1475562684">
    <w:abstractNumId w:val="2"/>
  </w:num>
  <w:num w:numId="8" w16cid:durableId="1987391841">
    <w:abstractNumId w:val="1"/>
  </w:num>
  <w:num w:numId="9" w16cid:durableId="41139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BED"/>
    <w:rsid w:val="00034616"/>
    <w:rsid w:val="0003693B"/>
    <w:rsid w:val="00053D9E"/>
    <w:rsid w:val="0006063C"/>
    <w:rsid w:val="00095D9A"/>
    <w:rsid w:val="000E3277"/>
    <w:rsid w:val="00104498"/>
    <w:rsid w:val="00110916"/>
    <w:rsid w:val="00120905"/>
    <w:rsid w:val="00130E7D"/>
    <w:rsid w:val="0015074B"/>
    <w:rsid w:val="00216152"/>
    <w:rsid w:val="00235574"/>
    <w:rsid w:val="002744BE"/>
    <w:rsid w:val="00293F2B"/>
    <w:rsid w:val="0029639D"/>
    <w:rsid w:val="002A439F"/>
    <w:rsid w:val="002C1DBB"/>
    <w:rsid w:val="002D1AE2"/>
    <w:rsid w:val="00326F90"/>
    <w:rsid w:val="003816F1"/>
    <w:rsid w:val="00391FEF"/>
    <w:rsid w:val="00392186"/>
    <w:rsid w:val="003E7699"/>
    <w:rsid w:val="00435804"/>
    <w:rsid w:val="00534490"/>
    <w:rsid w:val="00546736"/>
    <w:rsid w:val="006C0376"/>
    <w:rsid w:val="007148BA"/>
    <w:rsid w:val="008239E9"/>
    <w:rsid w:val="00862EA1"/>
    <w:rsid w:val="008A2257"/>
    <w:rsid w:val="008B5A92"/>
    <w:rsid w:val="008C7D5C"/>
    <w:rsid w:val="00922E2C"/>
    <w:rsid w:val="009417CD"/>
    <w:rsid w:val="009D3BB6"/>
    <w:rsid w:val="00A068A5"/>
    <w:rsid w:val="00A31795"/>
    <w:rsid w:val="00A31F5D"/>
    <w:rsid w:val="00A41DB0"/>
    <w:rsid w:val="00AA1D8D"/>
    <w:rsid w:val="00AE636D"/>
    <w:rsid w:val="00AF605A"/>
    <w:rsid w:val="00B22D6D"/>
    <w:rsid w:val="00B47730"/>
    <w:rsid w:val="00B674F0"/>
    <w:rsid w:val="00B70193"/>
    <w:rsid w:val="00B85773"/>
    <w:rsid w:val="00BA6F43"/>
    <w:rsid w:val="00BF1CB0"/>
    <w:rsid w:val="00C50907"/>
    <w:rsid w:val="00C61DC6"/>
    <w:rsid w:val="00C67E8B"/>
    <w:rsid w:val="00C9557B"/>
    <w:rsid w:val="00CA518C"/>
    <w:rsid w:val="00CB0664"/>
    <w:rsid w:val="00CE0291"/>
    <w:rsid w:val="00CF0347"/>
    <w:rsid w:val="00CF2900"/>
    <w:rsid w:val="00D345B0"/>
    <w:rsid w:val="00D74C45"/>
    <w:rsid w:val="00DA5376"/>
    <w:rsid w:val="00DB0D89"/>
    <w:rsid w:val="00DD21BE"/>
    <w:rsid w:val="00E8625E"/>
    <w:rsid w:val="00ED6EFA"/>
    <w:rsid w:val="00FC693F"/>
    <w:rsid w:val="00FE70C0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66E29"/>
  <w14:defaultImageDpi w14:val="300"/>
  <w15:docId w15:val="{FFDE270B-DDDC-4133-93D9-9DC802D0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Arial" w:eastAsia="ＭＳ Ｐゴシック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CA518C"/>
    <w:pPr>
      <w:widowControl w:val="0"/>
      <w:autoSpaceDE w:val="0"/>
      <w:autoSpaceDN w:val="0"/>
      <w:spacing w:line="240" w:lineRule="auto"/>
    </w:pPr>
    <w:rPr>
      <w:rFonts w:ascii="HGP明朝B" w:eastAsia="HGP明朝B" w:hAnsi="HGP明朝B" w:cs="HGP明朝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履歴書（留学生）完全再構築版</vt:lpstr>
      <vt:lpstr/>
    </vt:vector>
  </TitlesOfParts>
  <Manager/>
  <Company/>
  <LinksUpToDate>false</LinksUpToDate>
  <CharactersWithSpaces>2516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履歴書（留学生）完全再構築版</dc:title>
  <dc:subject>元PDFを基に画像を使用せずWord表として再構築</dc:subject>
  <dc:creator>OpenAI</dc:creator>
  <cp:keywords/>
  <dc:description>All text and ruling lines are editable Word elements; no background images.</dc:description>
  <cp:lastModifiedBy>村田 彩華</cp:lastModifiedBy>
  <cp:revision>43</cp:revision>
  <cp:lastPrinted>2026-07-29T05:32:00Z</cp:lastPrinted>
  <dcterms:created xsi:type="dcterms:W3CDTF">2013-12-23T23:15:00Z</dcterms:created>
  <dcterms:modified xsi:type="dcterms:W3CDTF">2026-08-03T08:33:00Z</dcterms:modified>
  <cp:category/>
</cp:coreProperties>
</file>